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643" w:type="dxa"/>
        <w:tblLook w:val="04A0" w:firstRow="1" w:lastRow="0" w:firstColumn="1" w:lastColumn="0" w:noHBand="0" w:noVBand="1"/>
      </w:tblPr>
      <w:tblGrid>
        <w:gridCol w:w="1630"/>
        <w:gridCol w:w="2308"/>
        <w:gridCol w:w="2267"/>
        <w:gridCol w:w="3438"/>
      </w:tblGrid>
      <w:tr w:rsidR="00E747F8" w14:paraId="258D2421" w14:textId="77777777">
        <w:trPr>
          <w:trHeight w:val="414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69B9" w14:textId="335FE422" w:rsidR="00E747F8" w:rsidRDefault="00E747F8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CDCD4A" wp14:editId="73482FD5">
                  <wp:extent cx="781050" cy="1038225"/>
                  <wp:effectExtent l="0" t="0" r="0" b="9525"/>
                  <wp:docPr id="34987211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AFE1" w14:textId="77777777" w:rsidR="00E747F8" w:rsidRDefault="00E747F8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GORGOTA</w:t>
            </w:r>
          </w:p>
        </w:tc>
      </w:tr>
      <w:tr w:rsidR="00E747F8" w14:paraId="58B4B146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D437" w14:textId="77777777" w:rsidR="00E747F8" w:rsidRDefault="00E747F8">
            <w:pPr>
              <w:rPr>
                <w:b/>
                <w:sz w:val="28"/>
                <w:szCs w:val="28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0DBC" w14:textId="77777777" w:rsidR="00E747F8" w:rsidRDefault="00E747F8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PRIMĂRIA COMUNEI GORGOTA</w:t>
            </w:r>
          </w:p>
        </w:tc>
      </w:tr>
      <w:tr w:rsidR="00E747F8" w14:paraId="33F242B7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AB50" w14:textId="77777777" w:rsidR="00E747F8" w:rsidRDefault="00E747F8">
            <w:pPr>
              <w:rPr>
                <w:b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F096" w14:textId="77777777" w:rsidR="00E747F8" w:rsidRDefault="00E747F8">
            <w:pPr>
              <w:keepNext/>
              <w:rPr>
                <w:b/>
                <w:color w:val="000000" w:themeColor="text1"/>
                <w:lang w:val="fr-FR"/>
              </w:rPr>
            </w:pPr>
            <w:r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>
              <w:rPr>
                <w:b/>
                <w:color w:val="000000" w:themeColor="text1"/>
                <w:lang w:val="fr-FR"/>
              </w:rPr>
              <w:t xml:space="preserve"> (CIF) : 2845354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59C6" w14:textId="77777777" w:rsidR="00E747F8" w:rsidRDefault="00E747F8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 xml:space="preserve">Comuna Gorgota, sat Gorgota, str. Principala, nr. 70,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Jude’ul</w:t>
            </w:r>
            <w:proofErr w:type="spellEnd"/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 xml:space="preserve"> Prahova</w:t>
            </w:r>
          </w:p>
          <w:p w14:paraId="386FCC02" w14:textId="77777777" w:rsidR="00E747F8" w:rsidRDefault="00E747F8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primar@primariagorgota.ro</w:t>
            </w:r>
          </w:p>
        </w:tc>
      </w:tr>
      <w:tr w:rsidR="00E747F8" w14:paraId="2F5C28EB" w14:textId="77777777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4616" w14:textId="77777777" w:rsidR="00E747F8" w:rsidRDefault="00E747F8">
            <w:pPr>
              <w:rPr>
                <w:b/>
                <w:sz w:val="28"/>
                <w:szCs w:val="28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B180" w14:textId="77777777" w:rsidR="00E747F8" w:rsidRDefault="00E747F8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4E0570E9" w14:textId="77777777" w:rsidR="00E747F8" w:rsidRDefault="00E747F8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8CB0" w14:textId="77777777" w:rsidR="00E747F8" w:rsidRDefault="00E747F8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6C2700F2" w14:textId="77777777" w:rsidR="00E747F8" w:rsidRDefault="00E747F8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Data: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E747F8" w14:paraId="2E1A081F" w14:textId="77777777">
        <w:trPr>
          <w:trHeight w:val="173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9383" w14:textId="77777777" w:rsidR="00E747F8" w:rsidRDefault="00E747F8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>
              <w:rPr>
                <w:i/>
                <w:color w:val="595959"/>
                <w:lang w:val="fr-FR"/>
              </w:rPr>
              <w:t>se</w:t>
            </w:r>
            <w:proofErr w:type="gram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completează</w:t>
            </w:r>
            <w:proofErr w:type="spellEnd"/>
            <w:r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>
              <w:rPr>
                <w:i/>
                <w:color w:val="595959"/>
                <w:lang w:val="fr-FR"/>
              </w:rPr>
              <w:t>autoritate</w:t>
            </w:r>
            <w:proofErr w:type="spellEnd"/>
            <w:r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>
              <w:rPr>
                <w:i/>
                <w:color w:val="595959"/>
                <w:lang w:val="fr-FR"/>
              </w:rPr>
              <w:t>solicitantul</w:t>
            </w:r>
            <w:proofErr w:type="spellEnd"/>
            <w:r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>
              <w:rPr>
                <w:i/>
                <w:color w:val="595959"/>
                <w:lang w:val="fr-FR"/>
              </w:rPr>
              <w:t>scrie</w:t>
            </w:r>
            <w:proofErr w:type="spell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în</w:t>
            </w:r>
            <w:proofErr w:type="spell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această</w:t>
            </w:r>
            <w:proofErr w:type="spell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D990040" w14:textId="77777777" w:rsidR="00053C5C" w:rsidRDefault="00053C5C" w:rsidP="007050CD">
      <w:pPr>
        <w:spacing w:before="140" w:after="40"/>
        <w:jc w:val="center"/>
        <w:rPr>
          <w:b/>
          <w:sz w:val="28"/>
          <w:szCs w:val="28"/>
        </w:rPr>
      </w:pPr>
    </w:p>
    <w:p w14:paraId="58FEB982" w14:textId="694D829F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000000">
      <w:pPr>
        <w:spacing w:after="120"/>
        <w:jc w:val="center"/>
      </w:pPr>
      <w:r>
        <w:rPr>
          <w:sz w:val="19"/>
        </w:rPr>
        <w:t>privind încheierea execuției lucrărilor</w:t>
      </w:r>
    </w:p>
    <w:p w14:paraId="39CC6B28" w14:textId="77777777" w:rsidR="00AD35FD" w:rsidRDefault="00AD35FD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77777777" w:rsidR="00AD35FD" w:rsidRPr="007050CD" w:rsidRDefault="00AD35FD" w:rsidP="007050CD">
            <w:pPr>
              <w:keepNext/>
              <w:rPr>
                <w:lang w:val="fr-FR"/>
              </w:rPr>
            </w:pPr>
          </w:p>
        </w:tc>
      </w:tr>
      <w:tr w:rsidR="00AD35FD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5E6036" w:rsidRDefault="00000000">
            <w:pPr>
              <w:spacing w:line="228" w:lineRule="auto"/>
            </w:pPr>
            <w:proofErr w:type="spellStart"/>
            <w:r w:rsidRPr="005E6036">
              <w:t>Cererea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va</w:t>
            </w:r>
            <w:proofErr w:type="spellEnd"/>
            <w:r w:rsidRPr="005E6036">
              <w:t xml:space="preserve"> fi</w:t>
            </w:r>
            <w:r w:rsidR="007050CD" w:rsidRPr="005E6036">
              <w:t xml:space="preserve"> </w:t>
            </w:r>
            <w:proofErr w:type="spellStart"/>
            <w:r w:rsidR="007050CD" w:rsidRPr="005E6036">
              <w:t>adresată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către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președintele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consiliului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județean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general,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de sector </w:t>
            </w:r>
            <w:proofErr w:type="spellStart"/>
            <w:r w:rsidRPr="005E6036">
              <w:t>sau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municipiului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orașului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comunei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după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caz</w:t>
            </w:r>
            <w:proofErr w:type="spellEnd"/>
            <w:r w:rsidRPr="005E6036">
              <w:t>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000000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176509F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4"/>
          </w:tcPr>
          <w:p w14:paraId="12FFC18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8AF07E4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DCE9F1A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BA8A3A" w14:textId="77777777" w:rsidR="00AD35FD" w:rsidRDefault="00AD35FD">
            <w:pPr>
              <w:keepNext/>
            </w:pP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000000">
            <w:r>
              <w:rPr>
                <w:b/>
                <w:color w:val="0D5F78"/>
              </w:rPr>
              <w:t>Telefon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000000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000000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și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din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000000">
            <w:r>
              <w:rPr>
                <w:b/>
                <w:color w:val="0D5F78"/>
              </w:rPr>
              <w:t>Că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000000">
            <w:r>
              <w:rPr>
                <w:b/>
                <w:color w:val="0D5F78"/>
              </w:rPr>
              <w:t>ora</w:t>
            </w:r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000000">
            <w:pPr>
              <w:rPr>
                <w:lang w:val="fr-FR"/>
              </w:rPr>
            </w:pPr>
            <w:proofErr w:type="gramStart"/>
            <w:r w:rsidRPr="007050CD">
              <w:rPr>
                <w:b/>
                <w:color w:val="0D5F78"/>
                <w:lang w:val="fr-FR"/>
              </w:rPr>
              <w:t>au</w:t>
            </w:r>
            <w:proofErr w:type="gram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fost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finalizate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70DA8600" w14:textId="77777777" w:rsidR="00AD35FD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0A5397F4" w14:textId="77777777" w:rsidR="00AD35FD" w:rsidRDefault="00AD35FD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3613F305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365ED67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F56704A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21EB7A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Număr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cadastral</w:t>
            </w:r>
          </w:p>
          <w:p w14:paraId="75CF10B0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7050C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e-Terra</w:t>
            </w:r>
          </w:p>
          <w:p w14:paraId="23C0206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000000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 xml:space="preserve">Se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convoacă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comisia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recepție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terminarea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lucrărilor</w:t>
            </w:r>
            <w:proofErr w:type="spellEnd"/>
            <w:r w:rsidRPr="007050CD">
              <w:rPr>
                <w:b/>
                <w:color w:val="0D5F78"/>
                <w:lang w:val="fr-FR"/>
              </w:rPr>
              <w:t>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000000">
            <w:r>
              <w:rPr>
                <w:b/>
                <w:color w:val="0D5F78"/>
              </w:rPr>
              <w:t>ora</w:t>
            </w:r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Default="00000000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000000">
            <w:r>
              <w:rPr>
                <w:b/>
                <w:color w:val="0D5F78"/>
              </w:rPr>
              <w:t>Titularul autorizației</w:t>
            </w:r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000000">
            <w:r>
              <w:rPr>
                <w:b/>
                <w:color w:val="0D5F78"/>
              </w:rPr>
              <w:t>Semnătura</w:t>
            </w:r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A68BA" w14:textId="77777777" w:rsidR="00F07139" w:rsidRDefault="00F07139">
      <w:r>
        <w:separator/>
      </w:r>
    </w:p>
  </w:endnote>
  <w:endnote w:type="continuationSeparator" w:id="0">
    <w:p w14:paraId="2FD5287D" w14:textId="77777777" w:rsidR="00F07139" w:rsidRDefault="00F0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1F6F" w14:textId="7C30F0FC" w:rsidR="00AD35FD" w:rsidRDefault="00000000">
    <w:pPr>
      <w:pStyle w:val="Subsol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7050C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7050C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0307" w14:textId="77777777" w:rsidR="00F07139" w:rsidRDefault="00F07139">
      <w:r>
        <w:separator/>
      </w:r>
    </w:p>
  </w:footnote>
  <w:footnote w:type="continuationSeparator" w:id="0">
    <w:p w14:paraId="5ADC7AF0" w14:textId="77777777" w:rsidR="00F07139" w:rsidRDefault="00F07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549725">
    <w:abstractNumId w:val="8"/>
  </w:num>
  <w:num w:numId="2" w16cid:durableId="1043405023">
    <w:abstractNumId w:val="6"/>
  </w:num>
  <w:num w:numId="3" w16cid:durableId="2058121501">
    <w:abstractNumId w:val="5"/>
  </w:num>
  <w:num w:numId="4" w16cid:durableId="822626475">
    <w:abstractNumId w:val="4"/>
  </w:num>
  <w:num w:numId="5" w16cid:durableId="729963553">
    <w:abstractNumId w:val="7"/>
  </w:num>
  <w:num w:numId="6" w16cid:durableId="1701200132">
    <w:abstractNumId w:val="3"/>
  </w:num>
  <w:num w:numId="7" w16cid:durableId="1146553551">
    <w:abstractNumId w:val="2"/>
  </w:num>
  <w:num w:numId="8" w16cid:durableId="224266935">
    <w:abstractNumId w:val="1"/>
  </w:num>
  <w:num w:numId="9" w16cid:durableId="187892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C5C"/>
    <w:rsid w:val="0006063C"/>
    <w:rsid w:val="0015074B"/>
    <w:rsid w:val="001D6E6F"/>
    <w:rsid w:val="0029639D"/>
    <w:rsid w:val="00326F90"/>
    <w:rsid w:val="004D50AF"/>
    <w:rsid w:val="005E6036"/>
    <w:rsid w:val="006C103E"/>
    <w:rsid w:val="007050CD"/>
    <w:rsid w:val="007751E5"/>
    <w:rsid w:val="008A6D9A"/>
    <w:rsid w:val="008E3393"/>
    <w:rsid w:val="00AA1D8D"/>
    <w:rsid w:val="00AD35FD"/>
    <w:rsid w:val="00B47730"/>
    <w:rsid w:val="00B769B5"/>
    <w:rsid w:val="00CB0664"/>
    <w:rsid w:val="00E61A6B"/>
    <w:rsid w:val="00E747F8"/>
    <w:rsid w:val="00F071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Mihaela</cp:lastModifiedBy>
  <cp:revision>7</cp:revision>
  <dcterms:created xsi:type="dcterms:W3CDTF">2013-12-23T23:15:00Z</dcterms:created>
  <dcterms:modified xsi:type="dcterms:W3CDTF">2026-09-14T07:44:00Z</dcterms:modified>
  <cp:category/>
</cp:coreProperties>
</file>