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elgril"/>
        <w:tblW w:w="9643" w:type="dxa"/>
        <w:tblLook w:val="04A0" w:firstRow="1" w:lastRow="0" w:firstColumn="1" w:lastColumn="0" w:noHBand="0" w:noVBand="1"/>
      </w:tblPr>
      <w:tblGrid>
        <w:gridCol w:w="1630"/>
        <w:gridCol w:w="2308"/>
        <w:gridCol w:w="2267"/>
        <w:gridCol w:w="3438"/>
      </w:tblGrid>
      <w:tr w:rsidR="000616A0" w14:paraId="3D8FC814" w14:textId="77777777">
        <w:trPr>
          <w:trHeight w:val="414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582C" w14:textId="3998B6FF" w:rsidR="000616A0" w:rsidRDefault="000616A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E366BF" wp14:editId="565C9A4F">
                  <wp:extent cx="781050" cy="1038225"/>
                  <wp:effectExtent l="0" t="0" r="0" b="9525"/>
                  <wp:docPr id="1821074603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5EF6" w14:textId="77777777" w:rsidR="000616A0" w:rsidRDefault="000616A0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GORGOTA</w:t>
            </w:r>
          </w:p>
        </w:tc>
      </w:tr>
      <w:tr w:rsidR="000616A0" w14:paraId="1B6C9C75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7065" w14:textId="77777777" w:rsidR="000616A0" w:rsidRDefault="000616A0">
            <w:pPr>
              <w:rPr>
                <w:b/>
                <w:sz w:val="28"/>
                <w:szCs w:val="28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B751" w14:textId="77777777" w:rsidR="000616A0" w:rsidRDefault="000616A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COMUNEI GORGOTA</w:t>
            </w:r>
          </w:p>
        </w:tc>
      </w:tr>
      <w:tr w:rsidR="000616A0" w14:paraId="11832683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FC10" w14:textId="77777777" w:rsidR="000616A0" w:rsidRDefault="000616A0">
            <w:pPr>
              <w:rPr>
                <w:b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4B733" w14:textId="77777777" w:rsidR="000616A0" w:rsidRDefault="000616A0">
            <w:pPr>
              <w:keepNext/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>Cod de identificare fiscală (CIF) : 2845354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DAA6" w14:textId="77777777" w:rsidR="000616A0" w:rsidRDefault="000616A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b/>
                <w:color w:val="000000" w:themeColor="text1"/>
              </w:rPr>
              <w:t xml:space="preserve">Adresa:  </w:t>
            </w:r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Comuna Gorgota, sat Gorgota, str. Principala, nr. 70, Jude’ul Prahova</w:t>
            </w:r>
          </w:p>
          <w:p w14:paraId="3AD4D1D8" w14:textId="77777777" w:rsidR="000616A0" w:rsidRDefault="000616A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primar@primariagorgota.ro</w:t>
            </w:r>
          </w:p>
        </w:tc>
      </w:tr>
      <w:tr w:rsidR="000616A0" w14:paraId="49EB1BB5" w14:textId="77777777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2E4D" w14:textId="77777777" w:rsidR="000616A0" w:rsidRDefault="000616A0">
            <w:pPr>
              <w:rPr>
                <w:b/>
                <w:sz w:val="28"/>
                <w:szCs w:val="28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4173" w14:textId="77777777" w:rsidR="000616A0" w:rsidRDefault="000616A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A35ADD3" w14:textId="77777777" w:rsidR="000616A0" w:rsidRDefault="000616A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Număr de înregistrare:………………………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159" w14:textId="77777777" w:rsidR="000616A0" w:rsidRDefault="000616A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4723F7ED" w14:textId="77777777" w:rsidR="000616A0" w:rsidRDefault="000616A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Data: …………/…………../ 2026</w:t>
            </w:r>
          </w:p>
        </w:tc>
      </w:tr>
      <w:tr w:rsidR="000616A0" w14:paraId="2C119F44" w14:textId="77777777">
        <w:trPr>
          <w:trHeight w:val="173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DC13" w14:textId="77777777" w:rsidR="000616A0" w:rsidRDefault="000616A0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i/>
                <w:color w:val="595959"/>
                <w:lang w:val="fr-FR"/>
              </w:rPr>
              <w:t>se completează de autoritate — solicitantul nu scrie în această zonă</w:t>
            </w:r>
          </w:p>
        </w:tc>
      </w:tr>
    </w:tbl>
    <w:p w14:paraId="0EFADD9B" w14:textId="77777777" w:rsidR="00C85C0B" w:rsidRPr="003A7070" w:rsidRDefault="00000000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000000">
      <w:pPr>
        <w:spacing w:after="120"/>
        <w:jc w:val="center"/>
      </w:pPr>
      <w:r>
        <w:rPr>
          <w:sz w:val="19"/>
        </w:rPr>
        <w:t>privind finalizarea lucrărilor notificate și solicitarea participării reprezentantului UAT la recepție</w:t>
      </w:r>
    </w:p>
    <w:p w14:paraId="279D8DA9" w14:textId="77777777" w:rsidR="00C85C0B" w:rsidRDefault="00C85C0B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86A2C0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b/>
                <w:color w:val="0D5F78"/>
                <w:lang w:val="fr-FR"/>
              </w:rPr>
              <w:t>Instituția</w:t>
            </w:r>
          </w:p>
          <w:p w14:paraId="661E6056" w14:textId="77777777" w:rsidR="00C85C0B" w:rsidRPr="00150E80" w:rsidRDefault="00000000">
            <w:pPr>
              <w:keepNext/>
              <w:rPr>
                <w:lang w:val="fr-FR"/>
              </w:rPr>
            </w:pPr>
            <w:r w:rsidRPr="00150E80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3662B31C" w14:textId="77777777" w:rsidR="00C85C0B" w:rsidRPr="00150E80" w:rsidRDefault="00C85C0B">
            <w:pPr>
              <w:keepNext/>
              <w:rPr>
                <w:lang w:val="fr-FR"/>
              </w:rPr>
            </w:pPr>
          </w:p>
        </w:tc>
      </w:tr>
      <w:tr w:rsidR="00C85C0B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7777777" w:rsidR="00C85C0B" w:rsidRPr="00150E80" w:rsidRDefault="00000000">
            <w:pPr>
              <w:spacing w:line="228" w:lineRule="auto"/>
              <w:rPr>
                <w:lang w:val="fr-FR"/>
              </w:rPr>
            </w:pPr>
            <w:r w:rsidRPr="00150E80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000000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000000">
            <w:r>
              <w:rPr>
                <w:b/>
                <w:color w:val="0D5F78"/>
              </w:rPr>
              <w:t>Telefon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000000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000000">
            <w:r>
              <w:rPr>
                <w:b/>
                <w:color w:val="0D5F78"/>
              </w:rPr>
              <w:t>Nr. / data notificării</w:t>
            </w:r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000000">
            <w:r>
              <w:rPr>
                <w:b/>
                <w:color w:val="0D5F78"/>
              </w:rPr>
              <w:t>Proiect nr. / cod</w:t>
            </w:r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000000">
            <w:r>
              <w:rPr>
                <w:b/>
                <w:color w:val="0D5F78"/>
              </w:rPr>
              <w:t>Imobilul</w:t>
            </w:r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începerii lucrărilor</w:t>
            </w:r>
          </w:p>
          <w:p w14:paraId="2D6D470D" w14:textId="77777777" w:rsidR="00C85C0B" w:rsidRDefault="00000000">
            <w:pPr>
              <w:keepNext/>
            </w:pPr>
            <w:r>
              <w:rPr>
                <w:i/>
                <w:color w:val="7A7A7A"/>
              </w:rPr>
              <w:t>se declară aici</w:t>
            </w:r>
          </w:p>
          <w:p w14:paraId="544B9697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finalizării</w:t>
            </w:r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Data propusă pentru recepție</w:t>
            </w:r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000000">
            <w:pPr>
              <w:keepNext/>
            </w:pPr>
            <w:r>
              <w:rPr>
                <w:b/>
                <w:color w:val="0D5F78"/>
              </w:rPr>
              <w:t>locul</w:t>
            </w:r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r w:rsidRPr="00150E80">
              <w:t>privind Codul amenajării teritoriului, urbanismului și construcțiilor</w:t>
            </w:r>
            <w:r>
              <w:t xml:space="preserve">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000000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000000">
            <w:r>
              <w:rPr>
                <w:b/>
                <w:color w:val="0D5F78"/>
              </w:rPr>
              <w:t>Beneficiarul</w:t>
            </w:r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000000">
            <w:r>
              <w:rPr>
                <w:b/>
                <w:color w:val="0D5F78"/>
              </w:rPr>
              <w:t>Semnătura</w:t>
            </w:r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3CE08" w14:textId="77777777" w:rsidR="00FA5483" w:rsidRDefault="00FA5483">
      <w:r>
        <w:separator/>
      </w:r>
    </w:p>
  </w:endnote>
  <w:endnote w:type="continuationSeparator" w:id="0">
    <w:p w14:paraId="3AF39CC3" w14:textId="77777777" w:rsidR="00FA5483" w:rsidRDefault="00FA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726" w14:textId="77777777" w:rsidR="00C85C0B" w:rsidRDefault="00000000">
    <w:pPr>
      <w:pStyle w:val="Subsol"/>
      <w:tabs>
        <w:tab w:val="right" w:pos="9639"/>
      </w:tabs>
    </w:pPr>
    <w:r>
      <w:rPr>
        <w:color w:val="595959"/>
      </w:rPr>
      <w:t>F_NOT_07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150E80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48E0" w14:textId="77777777" w:rsidR="00FA5483" w:rsidRDefault="00FA5483">
      <w:r>
        <w:separator/>
      </w:r>
    </w:p>
  </w:footnote>
  <w:footnote w:type="continuationSeparator" w:id="0">
    <w:p w14:paraId="2AC525D7" w14:textId="77777777" w:rsidR="00FA5483" w:rsidRDefault="00FA54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6328430">
    <w:abstractNumId w:val="8"/>
  </w:num>
  <w:num w:numId="2" w16cid:durableId="1130898323">
    <w:abstractNumId w:val="6"/>
  </w:num>
  <w:num w:numId="3" w16cid:durableId="896206482">
    <w:abstractNumId w:val="5"/>
  </w:num>
  <w:num w:numId="4" w16cid:durableId="274681599">
    <w:abstractNumId w:val="4"/>
  </w:num>
  <w:num w:numId="5" w16cid:durableId="1333411861">
    <w:abstractNumId w:val="7"/>
  </w:num>
  <w:num w:numId="6" w16cid:durableId="1480608108">
    <w:abstractNumId w:val="3"/>
  </w:num>
  <w:num w:numId="7" w16cid:durableId="2120636634">
    <w:abstractNumId w:val="2"/>
  </w:num>
  <w:num w:numId="8" w16cid:durableId="967707077">
    <w:abstractNumId w:val="1"/>
  </w:num>
  <w:num w:numId="9" w16cid:durableId="184912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6A0"/>
    <w:rsid w:val="0015074B"/>
    <w:rsid w:val="00150E80"/>
    <w:rsid w:val="0029639D"/>
    <w:rsid w:val="00326F90"/>
    <w:rsid w:val="003A7070"/>
    <w:rsid w:val="003F0F62"/>
    <w:rsid w:val="004D50AF"/>
    <w:rsid w:val="005C02E4"/>
    <w:rsid w:val="0063546A"/>
    <w:rsid w:val="00756B01"/>
    <w:rsid w:val="00A96973"/>
    <w:rsid w:val="00AA1D8D"/>
    <w:rsid w:val="00B47730"/>
    <w:rsid w:val="00B94163"/>
    <w:rsid w:val="00C85C0B"/>
    <w:rsid w:val="00CB0664"/>
    <w:rsid w:val="00E61A6B"/>
    <w:rsid w:val="00FA54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91569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Mihaela</cp:lastModifiedBy>
  <cp:revision>6</cp:revision>
  <dcterms:created xsi:type="dcterms:W3CDTF">2013-12-23T23:15:00Z</dcterms:created>
  <dcterms:modified xsi:type="dcterms:W3CDTF">2026-09-14T07:44:00Z</dcterms:modified>
  <cp:category/>
</cp:coreProperties>
</file>