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9643" w:type="dxa"/>
        <w:tblLook w:val="04A0" w:firstRow="1" w:lastRow="0" w:firstColumn="1" w:lastColumn="0" w:noHBand="0" w:noVBand="1"/>
      </w:tblPr>
      <w:tblGrid>
        <w:gridCol w:w="1630"/>
        <w:gridCol w:w="2308"/>
        <w:gridCol w:w="2267"/>
        <w:gridCol w:w="3438"/>
      </w:tblGrid>
      <w:tr w:rsidR="006B0A00" w14:paraId="7AADB063" w14:textId="77777777">
        <w:trPr>
          <w:trHeight w:val="414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0076" w14:textId="3C3165BE" w:rsidR="006B0A00" w:rsidRDefault="006B0A00">
            <w:pPr>
              <w:spacing w:before="140" w:after="4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938D22E" wp14:editId="5295141C">
                  <wp:extent cx="781050" cy="1038225"/>
                  <wp:effectExtent l="0" t="0" r="0" b="9525"/>
                  <wp:docPr id="1723657615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68DC" w14:textId="77777777" w:rsidR="006B0A00" w:rsidRDefault="006B0A00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GORGOTA</w:t>
            </w:r>
          </w:p>
        </w:tc>
      </w:tr>
      <w:tr w:rsidR="006B0A00" w14:paraId="0DBA7B7C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B887" w14:textId="77777777" w:rsidR="006B0A00" w:rsidRDefault="006B0A00">
            <w:pPr>
              <w:rPr>
                <w:b/>
                <w:sz w:val="28"/>
                <w:szCs w:val="28"/>
              </w:rPr>
            </w:pPr>
          </w:p>
        </w:tc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08E7" w14:textId="77777777" w:rsidR="006B0A00" w:rsidRDefault="006B0A00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PRIMĂRIA COMUNEI GORGOTA</w:t>
            </w:r>
          </w:p>
        </w:tc>
      </w:tr>
      <w:tr w:rsidR="006B0A00" w14:paraId="7507BE0F" w14:textId="77777777">
        <w:trPr>
          <w:trHeight w:val="2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F75F" w14:textId="77777777" w:rsidR="006B0A00" w:rsidRDefault="006B0A00">
            <w:pPr>
              <w:rPr>
                <w:b/>
                <w:sz w:val="28"/>
                <w:szCs w:val="28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E19C" w14:textId="77777777" w:rsidR="006B0A00" w:rsidRDefault="006B0A00">
            <w:pPr>
              <w:keepNext/>
              <w:rPr>
                <w:b/>
                <w:color w:val="000000" w:themeColor="text1"/>
                <w:lang w:val="fr-FR"/>
              </w:rPr>
            </w:pPr>
            <w:r>
              <w:rPr>
                <w:b/>
                <w:color w:val="000000" w:themeColor="text1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identificare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fr-FR"/>
              </w:rPr>
              <w:t>fiscală</w:t>
            </w:r>
            <w:proofErr w:type="spellEnd"/>
            <w:r>
              <w:rPr>
                <w:b/>
                <w:color w:val="000000" w:themeColor="text1"/>
                <w:lang w:val="fr-FR"/>
              </w:rPr>
              <w:t xml:space="preserve"> (CIF) : 2845354</w:t>
            </w:r>
          </w:p>
        </w:tc>
        <w:tc>
          <w:tcPr>
            <w:tcW w:w="5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20CF" w14:textId="78093ACB" w:rsidR="006B0A00" w:rsidRDefault="006B0A00" w:rsidP="006B0A00">
            <w:pPr>
              <w:keepNext/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</w:pPr>
            <w:proofErr w:type="spellStart"/>
            <w:r>
              <w:rPr>
                <w:b/>
                <w:color w:val="000000" w:themeColor="text1"/>
              </w:rPr>
              <w:t>Adresa</w:t>
            </w:r>
            <w:proofErr w:type="spellEnd"/>
            <w:r>
              <w:rPr>
                <w:b/>
                <w:color w:val="000000" w:themeColor="text1"/>
              </w:rPr>
              <w:t xml:space="preserve">:  </w:t>
            </w:r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 xml:space="preserve">Comuna Gorgota, sat Gorgota, str. Principala, nr. 70, </w:t>
            </w:r>
            <w:proofErr w:type="spellStart"/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>Jude’ul</w:t>
            </w:r>
            <w:proofErr w:type="spellEnd"/>
            <w:r>
              <w:rPr>
                <w:rFonts w:cs="Times New Roman"/>
                <w:bCs/>
                <w:color w:val="000000" w:themeColor="text1"/>
                <w:sz w:val="18"/>
                <w:szCs w:val="18"/>
                <w:lang w:val="ro-RO"/>
              </w:rPr>
              <w:t xml:space="preserve"> Prahova</w:t>
            </w:r>
          </w:p>
          <w:p w14:paraId="73829E81" w14:textId="77777777" w:rsidR="006B0A00" w:rsidRDefault="006B0A00">
            <w:pPr>
              <w:keepNext/>
              <w:rPr>
                <w:rFonts w:cs="Times New Roman"/>
                <w:sz w:val="16"/>
                <w:szCs w:val="16"/>
                <w:lang w:val="es-E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s-ES"/>
              </w:rPr>
              <w:t xml:space="preserve">               </w:t>
            </w:r>
            <w:r>
              <w:rPr>
                <w:rFonts w:cs="Times New Roman"/>
                <w:color w:val="000000" w:themeColor="text1"/>
                <w:sz w:val="16"/>
                <w:szCs w:val="16"/>
                <w:lang w:val="es-ES"/>
              </w:rPr>
              <w:t>e-mail: primar@primariagorgota.ro</w:t>
            </w:r>
          </w:p>
        </w:tc>
      </w:tr>
      <w:tr w:rsidR="006B0A00" w14:paraId="27AC3D5C" w14:textId="77777777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47C0" w14:textId="77777777" w:rsidR="006B0A00" w:rsidRDefault="006B0A00">
            <w:pPr>
              <w:rPr>
                <w:b/>
                <w:sz w:val="28"/>
                <w:szCs w:val="28"/>
              </w:rPr>
            </w:pP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65CC" w14:textId="77777777" w:rsidR="006B0A00" w:rsidRDefault="006B0A00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16B1FCCF" w14:textId="77777777" w:rsidR="006B0A00" w:rsidRDefault="006B0A00">
            <w:pPr>
              <w:keepNext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Număr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înregistrare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>:…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……………………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F6E" w14:textId="77777777" w:rsidR="006B0A00" w:rsidRDefault="006B0A00">
            <w:pPr>
              <w:keepNext/>
              <w:rPr>
                <w:b/>
                <w:color w:val="000000" w:themeColor="text1"/>
                <w:sz w:val="20"/>
                <w:szCs w:val="20"/>
              </w:rPr>
            </w:pPr>
          </w:p>
          <w:p w14:paraId="335A3B93" w14:textId="77777777" w:rsidR="006B0A00" w:rsidRDefault="006B0A00">
            <w:pPr>
              <w:keepNext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Data: …………/………</w:t>
            </w:r>
            <w:proofErr w:type="gramStart"/>
            <w:r>
              <w:rPr>
                <w:b/>
                <w:color w:val="000000" w:themeColor="text1"/>
                <w:sz w:val="20"/>
                <w:szCs w:val="20"/>
              </w:rPr>
              <w:t>…..</w:t>
            </w:r>
            <w:proofErr w:type="gramEnd"/>
            <w:r>
              <w:rPr>
                <w:b/>
                <w:color w:val="000000" w:themeColor="text1"/>
                <w:sz w:val="20"/>
                <w:szCs w:val="20"/>
              </w:rPr>
              <w:t>/ 2026</w:t>
            </w:r>
          </w:p>
        </w:tc>
      </w:tr>
      <w:tr w:rsidR="006B0A00" w14:paraId="3A4F171B" w14:textId="77777777">
        <w:trPr>
          <w:trHeight w:val="173"/>
        </w:trPr>
        <w:tc>
          <w:tcPr>
            <w:tcW w:w="9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CCCA" w14:textId="77777777" w:rsidR="006B0A00" w:rsidRDefault="006B0A00">
            <w:pPr>
              <w:spacing w:after="40"/>
              <w:rPr>
                <w:b/>
                <w:sz w:val="28"/>
                <w:szCs w:val="28"/>
              </w:rPr>
            </w:pP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19167" w14:textId="77777777" w:rsidR="00207CA0" w:rsidRDefault="00207CA0">
      <w:r>
        <w:separator/>
      </w:r>
    </w:p>
  </w:endnote>
  <w:endnote w:type="continuationSeparator" w:id="0">
    <w:p w14:paraId="67E55828" w14:textId="77777777" w:rsidR="00207CA0" w:rsidRDefault="00207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663C" w14:textId="77777777" w:rsidR="00207CA0" w:rsidRDefault="00207CA0">
      <w:r>
        <w:separator/>
      </w:r>
    </w:p>
  </w:footnote>
  <w:footnote w:type="continuationSeparator" w:id="0">
    <w:p w14:paraId="2C926EDB" w14:textId="77777777" w:rsidR="00207CA0" w:rsidRDefault="00207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171423"/>
    <w:rsid w:val="00200236"/>
    <w:rsid w:val="00207CA0"/>
    <w:rsid w:val="0029639D"/>
    <w:rsid w:val="00326F90"/>
    <w:rsid w:val="00343BBA"/>
    <w:rsid w:val="00377113"/>
    <w:rsid w:val="00394917"/>
    <w:rsid w:val="004D50AF"/>
    <w:rsid w:val="006B0A00"/>
    <w:rsid w:val="006C103E"/>
    <w:rsid w:val="00863832"/>
    <w:rsid w:val="008E343F"/>
    <w:rsid w:val="00A052D4"/>
    <w:rsid w:val="00AA1D8D"/>
    <w:rsid w:val="00B47730"/>
    <w:rsid w:val="00CB0664"/>
    <w:rsid w:val="00CD60E9"/>
    <w:rsid w:val="00DB1750"/>
    <w:rsid w:val="00E770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Mihaela</cp:lastModifiedBy>
  <cp:revision>7</cp:revision>
  <dcterms:created xsi:type="dcterms:W3CDTF">2013-12-23T23:15:00Z</dcterms:created>
  <dcterms:modified xsi:type="dcterms:W3CDTF">2026-09-14T07:21:00Z</dcterms:modified>
  <cp:category/>
</cp:coreProperties>
</file>