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6D1D1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elgril"/>
        <w:tblW w:w="9643" w:type="dxa"/>
        <w:tblLook w:val="04A0" w:firstRow="1" w:lastRow="0" w:firstColumn="1" w:lastColumn="0" w:noHBand="0" w:noVBand="1"/>
      </w:tblPr>
      <w:tblGrid>
        <w:gridCol w:w="1630"/>
        <w:gridCol w:w="2308"/>
        <w:gridCol w:w="2267"/>
        <w:gridCol w:w="3438"/>
      </w:tblGrid>
      <w:tr w:rsidR="00777917" w14:paraId="1FB00CE7" w14:textId="77777777">
        <w:trPr>
          <w:trHeight w:val="414"/>
        </w:trPr>
        <w:tc>
          <w:tcPr>
            <w:tcW w:w="1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461DD" w14:textId="0BABD648" w:rsidR="00777917" w:rsidRDefault="00777917">
            <w:pPr>
              <w:spacing w:before="140" w:after="4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1DC534D" wp14:editId="4E4A18F2">
                  <wp:extent cx="781050" cy="1038225"/>
                  <wp:effectExtent l="0" t="0" r="0" b="9525"/>
                  <wp:docPr id="1736625039" name="I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B35EA" w14:textId="77777777" w:rsidR="00777917" w:rsidRDefault="00777917">
            <w:pPr>
              <w:spacing w:after="4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GORGOTA</w:t>
            </w:r>
          </w:p>
        </w:tc>
      </w:tr>
      <w:tr w:rsidR="00777917" w14:paraId="149D3B19" w14:textId="77777777">
        <w:trPr>
          <w:trHeight w:val="2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BCAEA" w14:textId="77777777" w:rsidR="00777917" w:rsidRDefault="00777917">
            <w:pPr>
              <w:rPr>
                <w:b/>
                <w:sz w:val="28"/>
                <w:szCs w:val="28"/>
              </w:rPr>
            </w:pPr>
          </w:p>
        </w:tc>
        <w:tc>
          <w:tcPr>
            <w:tcW w:w="8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45A68" w14:textId="77777777" w:rsidR="00777917" w:rsidRDefault="00777917">
            <w:pPr>
              <w:keepNext/>
              <w:rPr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PRIMĂRIA COMUNEI GORGOTA</w:t>
            </w:r>
          </w:p>
        </w:tc>
      </w:tr>
      <w:tr w:rsidR="00777917" w14:paraId="26AE1F49" w14:textId="77777777">
        <w:trPr>
          <w:trHeight w:val="2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0F676" w14:textId="77777777" w:rsidR="00777917" w:rsidRDefault="00777917">
            <w:pPr>
              <w:rPr>
                <w:b/>
                <w:sz w:val="28"/>
                <w:szCs w:val="28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BF88A" w14:textId="77777777" w:rsidR="00777917" w:rsidRDefault="00777917">
            <w:pPr>
              <w:keepNext/>
              <w:rPr>
                <w:b/>
                <w:color w:val="000000" w:themeColor="text1"/>
                <w:lang w:val="fr-FR"/>
              </w:rPr>
            </w:pPr>
            <w:r>
              <w:rPr>
                <w:b/>
                <w:color w:val="000000" w:themeColor="text1"/>
                <w:lang w:val="fr-FR"/>
              </w:rPr>
              <w:t xml:space="preserve">Cod de </w:t>
            </w:r>
            <w:proofErr w:type="spellStart"/>
            <w:r>
              <w:rPr>
                <w:b/>
                <w:color w:val="000000" w:themeColor="text1"/>
                <w:lang w:val="fr-FR"/>
              </w:rPr>
              <w:t>identificare</w:t>
            </w:r>
            <w:proofErr w:type="spellEnd"/>
            <w:r>
              <w:rPr>
                <w:b/>
                <w:color w:val="000000" w:themeColor="text1"/>
                <w:lang w:val="fr-FR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lang w:val="fr-FR"/>
              </w:rPr>
              <w:t>fiscală</w:t>
            </w:r>
            <w:proofErr w:type="spellEnd"/>
            <w:r>
              <w:rPr>
                <w:b/>
                <w:color w:val="000000" w:themeColor="text1"/>
                <w:lang w:val="fr-FR"/>
              </w:rPr>
              <w:t xml:space="preserve"> (CIF) : 2845354</w:t>
            </w:r>
          </w:p>
        </w:tc>
        <w:tc>
          <w:tcPr>
            <w:tcW w:w="5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AA0BA" w14:textId="77777777" w:rsidR="00777917" w:rsidRDefault="00777917">
            <w:pPr>
              <w:keepNext/>
              <w:rPr>
                <w:rFonts w:cs="Times New Roman"/>
                <w:color w:val="000000" w:themeColor="text1"/>
                <w:sz w:val="16"/>
                <w:szCs w:val="16"/>
                <w:lang w:val="es-ES"/>
              </w:rPr>
            </w:pPr>
            <w:proofErr w:type="spellStart"/>
            <w:r>
              <w:rPr>
                <w:b/>
                <w:color w:val="000000" w:themeColor="text1"/>
              </w:rPr>
              <w:t>Adresa</w:t>
            </w:r>
            <w:proofErr w:type="spellEnd"/>
            <w:r>
              <w:rPr>
                <w:b/>
                <w:color w:val="000000" w:themeColor="text1"/>
              </w:rPr>
              <w:t xml:space="preserve">:  </w:t>
            </w:r>
            <w:r>
              <w:rPr>
                <w:rFonts w:cs="Times New Roman"/>
                <w:bCs/>
                <w:color w:val="000000" w:themeColor="text1"/>
                <w:sz w:val="18"/>
                <w:szCs w:val="18"/>
                <w:lang w:val="ro-RO"/>
              </w:rPr>
              <w:t xml:space="preserve">Comuna Gorgota, sat Gorgota, str. Principala, nr. 70, </w:t>
            </w:r>
            <w:proofErr w:type="spellStart"/>
            <w:r>
              <w:rPr>
                <w:rFonts w:cs="Times New Roman"/>
                <w:bCs/>
                <w:color w:val="000000" w:themeColor="text1"/>
                <w:sz w:val="18"/>
                <w:szCs w:val="18"/>
                <w:lang w:val="ro-RO"/>
              </w:rPr>
              <w:t>Jude’ul</w:t>
            </w:r>
            <w:proofErr w:type="spellEnd"/>
            <w:r>
              <w:rPr>
                <w:rFonts w:cs="Times New Roman"/>
                <w:bCs/>
                <w:color w:val="000000" w:themeColor="text1"/>
                <w:sz w:val="18"/>
                <w:szCs w:val="18"/>
                <w:lang w:val="ro-RO"/>
              </w:rPr>
              <w:t xml:space="preserve"> Prahova</w:t>
            </w:r>
          </w:p>
          <w:p w14:paraId="6624A3D5" w14:textId="77777777" w:rsidR="00777917" w:rsidRDefault="00777917">
            <w:pPr>
              <w:keepNext/>
              <w:rPr>
                <w:rFonts w:cs="Times New Roman"/>
                <w:sz w:val="16"/>
                <w:szCs w:val="16"/>
                <w:lang w:val="es-ES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s-ES"/>
              </w:rPr>
              <w:t xml:space="preserve">               </w:t>
            </w:r>
            <w:r>
              <w:rPr>
                <w:rFonts w:cs="Times New Roman"/>
                <w:color w:val="000000" w:themeColor="text1"/>
                <w:sz w:val="16"/>
                <w:szCs w:val="16"/>
                <w:lang w:val="es-ES"/>
              </w:rPr>
              <w:t>e-mail: primar@primariagorgota.ro</w:t>
            </w:r>
          </w:p>
        </w:tc>
      </w:tr>
      <w:tr w:rsidR="00777917" w14:paraId="1319B79D" w14:textId="77777777">
        <w:trPr>
          <w:trHeight w:val="43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3057F" w14:textId="77777777" w:rsidR="00777917" w:rsidRDefault="00777917">
            <w:pPr>
              <w:rPr>
                <w:b/>
                <w:sz w:val="28"/>
                <w:szCs w:val="28"/>
              </w:rPr>
            </w:pPr>
          </w:p>
        </w:tc>
        <w:tc>
          <w:tcPr>
            <w:tcW w:w="4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681AD" w14:textId="77777777" w:rsidR="00777917" w:rsidRDefault="00777917">
            <w:pPr>
              <w:keepNext/>
              <w:rPr>
                <w:b/>
                <w:color w:val="000000" w:themeColor="text1"/>
                <w:sz w:val="20"/>
                <w:szCs w:val="20"/>
              </w:rPr>
            </w:pPr>
          </w:p>
          <w:p w14:paraId="0E498798" w14:textId="77777777" w:rsidR="00777917" w:rsidRDefault="00777917">
            <w:pPr>
              <w:keepNext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Număr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 xml:space="preserve"> de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înregistrare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>:………………………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3849B" w14:textId="77777777" w:rsidR="00777917" w:rsidRDefault="00777917">
            <w:pPr>
              <w:keepNext/>
              <w:rPr>
                <w:b/>
                <w:color w:val="000000" w:themeColor="text1"/>
                <w:sz w:val="20"/>
                <w:szCs w:val="20"/>
              </w:rPr>
            </w:pPr>
          </w:p>
          <w:p w14:paraId="7462F339" w14:textId="77777777" w:rsidR="00777917" w:rsidRDefault="00777917">
            <w:pPr>
              <w:keepNext/>
              <w:rPr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Data: …………/…………../ 2026</w:t>
            </w:r>
          </w:p>
        </w:tc>
      </w:tr>
      <w:tr w:rsidR="00777917" w14:paraId="5C5F3231" w14:textId="77777777">
        <w:trPr>
          <w:trHeight w:val="173"/>
        </w:trPr>
        <w:tc>
          <w:tcPr>
            <w:tcW w:w="96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5B6B5" w14:textId="77777777" w:rsidR="00777917" w:rsidRDefault="00777917">
            <w:pPr>
              <w:spacing w:after="40"/>
              <w:rPr>
                <w:b/>
                <w:sz w:val="28"/>
                <w:szCs w:val="28"/>
              </w:rPr>
            </w:pPr>
            <w:r>
              <w:rPr>
                <w:i/>
                <w:color w:val="595959"/>
                <w:lang w:val="fr-FR"/>
              </w:rPr>
              <w:t xml:space="preserve">se </w:t>
            </w:r>
            <w:proofErr w:type="spellStart"/>
            <w:r>
              <w:rPr>
                <w:i/>
                <w:color w:val="595959"/>
                <w:lang w:val="fr-FR"/>
              </w:rPr>
              <w:t>completează</w:t>
            </w:r>
            <w:proofErr w:type="spellEnd"/>
            <w:r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>
              <w:rPr>
                <w:i/>
                <w:color w:val="595959"/>
                <w:lang w:val="fr-FR"/>
              </w:rPr>
              <w:t>autoritate</w:t>
            </w:r>
            <w:proofErr w:type="spellEnd"/>
            <w:r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>
              <w:rPr>
                <w:i/>
                <w:color w:val="595959"/>
                <w:lang w:val="fr-FR"/>
              </w:rPr>
              <w:t>solicitantul</w:t>
            </w:r>
            <w:proofErr w:type="spellEnd"/>
            <w:r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>
              <w:rPr>
                <w:i/>
                <w:color w:val="595959"/>
                <w:lang w:val="fr-FR"/>
              </w:rPr>
              <w:t>scrie</w:t>
            </w:r>
            <w:proofErr w:type="spellEnd"/>
            <w:r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>
              <w:rPr>
                <w:i/>
                <w:color w:val="595959"/>
                <w:lang w:val="fr-FR"/>
              </w:rPr>
              <w:t>în</w:t>
            </w:r>
            <w:proofErr w:type="spellEnd"/>
            <w:r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>
              <w:rPr>
                <w:i/>
                <w:color w:val="595959"/>
                <w:lang w:val="fr-FR"/>
              </w:rPr>
              <w:t>această</w:t>
            </w:r>
            <w:proofErr w:type="spellEnd"/>
            <w:r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1DD2FBAB" w14:textId="6A747212" w:rsidR="001E1635" w:rsidRPr="00A37FAC" w:rsidRDefault="00000000" w:rsidP="006257CA">
      <w:pPr>
        <w:spacing w:before="140" w:after="40"/>
        <w:jc w:val="center"/>
        <w:rPr>
          <w:sz w:val="28"/>
          <w:szCs w:val="28"/>
        </w:rPr>
      </w:pPr>
      <w:r w:rsidRPr="00A37FAC">
        <w:rPr>
          <w:b/>
          <w:sz w:val="28"/>
          <w:szCs w:val="28"/>
        </w:rPr>
        <w:t>CERERE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2045E07B" w14:textId="77777777">
        <w:trPr>
          <w:cantSplit/>
        </w:trPr>
        <w:tc>
          <w:tcPr>
            <w:tcW w:w="9636" w:type="dxa"/>
            <w:shd w:val="clear" w:color="auto" w:fill="F4F4F4"/>
          </w:tcPr>
          <w:p w14:paraId="420DA37E" w14:textId="77777777" w:rsidR="001E1635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1E1635" w:rsidRPr="00A37FAC" w14:paraId="3420F494" w14:textId="77777777">
        <w:trPr>
          <w:cantSplit/>
          <w:trHeight w:val="510"/>
        </w:trPr>
        <w:tc>
          <w:tcPr>
            <w:tcW w:w="9636" w:type="dxa"/>
          </w:tcPr>
          <w:p w14:paraId="33C1A201" w14:textId="77777777" w:rsidR="001E1635" w:rsidRPr="006257CA" w:rsidRDefault="00000000">
            <w:pPr>
              <w:keepNext/>
              <w:rPr>
                <w:lang w:val="fr-FR"/>
              </w:rPr>
            </w:pPr>
            <w:proofErr w:type="spellStart"/>
            <w:r w:rsidRPr="006257C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2670D99B" w14:textId="77777777" w:rsidR="001E1635" w:rsidRPr="006257CA" w:rsidRDefault="00000000">
            <w:pPr>
              <w:keepNext/>
              <w:rPr>
                <w:lang w:val="fr-FR"/>
              </w:rPr>
            </w:pPr>
            <w:proofErr w:type="spellStart"/>
            <w:r w:rsidRPr="006257C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comunei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sector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5258CF99" w14:textId="77777777" w:rsidR="001E1635" w:rsidRPr="006257CA" w:rsidRDefault="001E1635">
            <w:pPr>
              <w:keepNext/>
              <w:rPr>
                <w:lang w:val="fr-FR"/>
              </w:rPr>
            </w:pPr>
          </w:p>
        </w:tc>
      </w:tr>
      <w:tr w:rsidR="001E1635" w:rsidRPr="00A37FAC" w14:paraId="75BAA432" w14:textId="77777777">
        <w:trPr>
          <w:cantSplit/>
        </w:trPr>
        <w:tc>
          <w:tcPr>
            <w:tcW w:w="9636" w:type="dxa"/>
            <w:shd w:val="clear" w:color="auto" w:fill="F4F4F4"/>
          </w:tcPr>
          <w:p w14:paraId="6F539CFE" w14:textId="77777777" w:rsidR="001E1635" w:rsidRPr="006257CA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6257CA">
              <w:rPr>
                <w:lang w:val="fr-FR"/>
              </w:rPr>
              <w:t>Cererea</w:t>
            </w:r>
            <w:proofErr w:type="spellEnd"/>
            <w:r w:rsidRPr="006257CA">
              <w:rPr>
                <w:lang w:val="fr-FR"/>
              </w:rPr>
              <w:t xml:space="preserve"> va fi </w:t>
            </w:r>
            <w:proofErr w:type="spellStart"/>
            <w:r w:rsidRPr="006257CA">
              <w:rPr>
                <w:lang w:val="fr-FR"/>
              </w:rPr>
              <w:t>transmisă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către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președintele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consiliului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județean</w:t>
            </w:r>
            <w:proofErr w:type="spellEnd"/>
            <w:r w:rsidRPr="006257CA">
              <w:rPr>
                <w:lang w:val="fr-FR"/>
              </w:rPr>
              <w:t xml:space="preserve">, </w:t>
            </w:r>
            <w:proofErr w:type="spellStart"/>
            <w:r w:rsidRPr="006257CA">
              <w:rPr>
                <w:lang w:val="fr-FR"/>
              </w:rPr>
              <w:t>primarul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general</w:t>
            </w:r>
            <w:proofErr w:type="spellEnd"/>
            <w:r w:rsidRPr="006257CA">
              <w:rPr>
                <w:lang w:val="fr-FR"/>
              </w:rPr>
              <w:t xml:space="preserve">, </w:t>
            </w:r>
            <w:proofErr w:type="spellStart"/>
            <w:r w:rsidRPr="006257CA">
              <w:rPr>
                <w:lang w:val="fr-FR"/>
              </w:rPr>
              <w:t>primarul</w:t>
            </w:r>
            <w:proofErr w:type="spellEnd"/>
            <w:r w:rsidRPr="006257CA">
              <w:rPr>
                <w:lang w:val="fr-FR"/>
              </w:rPr>
              <w:t xml:space="preserve"> de </w:t>
            </w:r>
            <w:proofErr w:type="spellStart"/>
            <w:r w:rsidRPr="006257CA">
              <w:rPr>
                <w:lang w:val="fr-FR"/>
              </w:rPr>
              <w:t>sector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sau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primarul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municipiului</w:t>
            </w:r>
            <w:proofErr w:type="spellEnd"/>
            <w:r w:rsidRPr="006257CA">
              <w:rPr>
                <w:lang w:val="fr-FR"/>
              </w:rPr>
              <w:t xml:space="preserve"> / </w:t>
            </w:r>
            <w:proofErr w:type="spellStart"/>
            <w:r w:rsidRPr="006257CA">
              <w:rPr>
                <w:lang w:val="fr-FR"/>
              </w:rPr>
              <w:t>orașului</w:t>
            </w:r>
            <w:proofErr w:type="spellEnd"/>
            <w:r w:rsidRPr="006257CA">
              <w:rPr>
                <w:lang w:val="fr-FR"/>
              </w:rPr>
              <w:t xml:space="preserve"> / </w:t>
            </w:r>
            <w:proofErr w:type="spellStart"/>
            <w:r w:rsidRPr="006257CA">
              <w:rPr>
                <w:lang w:val="fr-FR"/>
              </w:rPr>
              <w:t>comunei</w:t>
            </w:r>
            <w:proofErr w:type="spellEnd"/>
            <w:r w:rsidRPr="006257CA">
              <w:rPr>
                <w:lang w:val="fr-FR"/>
              </w:rPr>
              <w:t xml:space="preserve">, </w:t>
            </w:r>
            <w:proofErr w:type="spellStart"/>
            <w:r w:rsidRPr="006257CA">
              <w:rPr>
                <w:lang w:val="fr-FR"/>
              </w:rPr>
              <w:t>după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caz</w:t>
            </w:r>
            <w:proofErr w:type="spellEnd"/>
            <w:r w:rsidRPr="006257CA">
              <w:rPr>
                <w:lang w:val="fr-FR"/>
              </w:rPr>
              <w:t>.</w:t>
            </w:r>
          </w:p>
        </w:tc>
      </w:tr>
    </w:tbl>
    <w:p w14:paraId="143A0FF9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1E1635" w14:paraId="5854020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2837609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1E1635" w14:paraId="4480B39A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9DF6AD7" w14:textId="77777777" w:rsidR="001E1635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7B1283D5" w14:textId="77777777" w:rsidR="001E1635" w:rsidRDefault="001E1635">
            <w:pPr>
              <w:keepNext/>
            </w:pPr>
          </w:p>
        </w:tc>
        <w:tc>
          <w:tcPr>
            <w:tcW w:w="4015" w:type="dxa"/>
            <w:gridSpan w:val="3"/>
          </w:tcPr>
          <w:p w14:paraId="10587865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2D0F7177" w14:textId="77777777" w:rsidR="001E1635" w:rsidRDefault="001E1635">
            <w:pPr>
              <w:keepNext/>
            </w:pPr>
          </w:p>
        </w:tc>
      </w:tr>
      <w:tr w:rsidR="001E1635" w14:paraId="281AC35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876FED4" w14:textId="77777777" w:rsidR="001E1635" w:rsidRDefault="00000000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1E1635" w14:paraId="3790C6C1" w14:textId="77777777">
        <w:trPr>
          <w:cantSplit/>
          <w:trHeight w:val="510"/>
        </w:trPr>
        <w:tc>
          <w:tcPr>
            <w:tcW w:w="1606" w:type="dxa"/>
          </w:tcPr>
          <w:p w14:paraId="25C5910B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75A06B3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43BFC13E" w14:textId="77777777" w:rsidR="001E1635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2E65348D" w14:textId="77777777" w:rsidR="001E1635" w:rsidRDefault="001E1635">
            <w:pPr>
              <w:keepNext/>
            </w:pPr>
          </w:p>
        </w:tc>
        <w:tc>
          <w:tcPr>
            <w:tcW w:w="4818" w:type="dxa"/>
            <w:gridSpan w:val="5"/>
          </w:tcPr>
          <w:p w14:paraId="7B9DD492" w14:textId="77777777" w:rsidR="001E1635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70F0CC96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60E597E4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300FA57" w14:textId="77777777" w:rsidR="001E1635" w:rsidRDefault="001E1635">
            <w:pPr>
              <w:keepNext/>
            </w:pPr>
          </w:p>
        </w:tc>
      </w:tr>
      <w:tr w:rsidR="001E1635" w14:paraId="67FFBA1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825AA36" w14:textId="77777777" w:rsidR="001E1635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1E1635" w14:paraId="5A3E1F29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89435AA" w14:textId="77777777" w:rsidR="001E1635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48DBA502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4"/>
          </w:tcPr>
          <w:p w14:paraId="2D5606EF" w14:textId="77777777" w:rsidR="001E1635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5854C40F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46F246FF" w14:textId="77777777" w:rsidR="001E1635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579A6C6B" w14:textId="77777777" w:rsidR="001E1635" w:rsidRDefault="001E1635">
            <w:pPr>
              <w:keepNext/>
            </w:pPr>
          </w:p>
        </w:tc>
      </w:tr>
      <w:tr w:rsidR="001E1635" w14:paraId="476479A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C3E3D04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AB7831E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0D2DE660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4EBA780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4F859CE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3E268F2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2FE0E9E0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27907AC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58282E65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888BB86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508ECD8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1170C48A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2E309097" w14:textId="77777777" w:rsidR="001E1635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1827BC03" w14:textId="77777777" w:rsidR="001E1635" w:rsidRDefault="001E1635">
            <w:pPr>
              <w:keepNext/>
            </w:pPr>
          </w:p>
        </w:tc>
      </w:tr>
      <w:tr w:rsidR="001E1635" w14:paraId="4797D95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49D0A0F" w14:textId="77777777" w:rsidR="001E1635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1E1635" w14:paraId="10DC5DDE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77983B2" w14:textId="77777777" w:rsidR="001E1635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7BBE1A21" w14:textId="77777777" w:rsidR="001E1635" w:rsidRDefault="001E1635">
            <w:pPr>
              <w:keepNext/>
            </w:pPr>
          </w:p>
        </w:tc>
        <w:tc>
          <w:tcPr>
            <w:tcW w:w="5621" w:type="dxa"/>
            <w:gridSpan w:val="5"/>
          </w:tcPr>
          <w:p w14:paraId="46FD555B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7FC05727" w14:textId="77777777" w:rsidR="001E1635" w:rsidRDefault="001E1635">
            <w:pPr>
              <w:keepNext/>
            </w:pPr>
          </w:p>
        </w:tc>
      </w:tr>
      <w:tr w:rsidR="001E1635" w14:paraId="22088ED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109DA4C" w14:textId="77777777" w:rsidR="001E1635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1E1635" w14:paraId="10CEC702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3D5CCA69" w14:textId="77777777" w:rsidR="001E1635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2BCE0519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19A6599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14:paraId="1DC7B09A" w14:textId="77777777" w:rsidR="001E1635" w:rsidRDefault="001E1635">
            <w:pPr>
              <w:keepNext/>
            </w:pPr>
          </w:p>
        </w:tc>
      </w:tr>
      <w:tr w:rsidR="001E1635" w:rsidRPr="00A37FAC" w14:paraId="345755EE" w14:textId="77777777">
        <w:trPr>
          <w:cantSplit/>
        </w:trPr>
        <w:tc>
          <w:tcPr>
            <w:tcW w:w="9636" w:type="dxa"/>
            <w:gridSpan w:val="8"/>
          </w:tcPr>
          <w:p w14:paraId="67B56101" w14:textId="77777777" w:rsidR="001E1635" w:rsidRPr="006257CA" w:rsidRDefault="00000000">
            <w:pPr>
              <w:rPr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</w:t>
            </w:r>
            <w:proofErr w:type="spellStart"/>
            <w:r w:rsidRPr="006257CA">
              <w:rPr>
                <w:sz w:val="16"/>
                <w:lang w:val="fr-FR"/>
              </w:rPr>
              <w:t>titular</w:t>
            </w:r>
            <w:proofErr w:type="spellEnd"/>
            <w:r w:rsidRPr="006257CA">
              <w:rPr>
                <w:sz w:val="16"/>
                <w:lang w:val="fr-FR"/>
              </w:rPr>
              <w:t xml:space="preserve"> al </w:t>
            </w:r>
            <w:proofErr w:type="spellStart"/>
            <w:r w:rsidRPr="006257CA">
              <w:rPr>
                <w:sz w:val="16"/>
                <w:lang w:val="fr-FR"/>
              </w:rPr>
              <w:t>dreptului</w:t>
            </w:r>
            <w:proofErr w:type="spellEnd"/>
            <w:r w:rsidRPr="006257CA">
              <w:rPr>
                <w:sz w:val="16"/>
                <w:lang w:val="fr-FR"/>
              </w:rPr>
              <w:t xml:space="preserve"> de </w:t>
            </w:r>
            <w:proofErr w:type="spellStart"/>
            <w:r w:rsidRPr="006257CA">
              <w:rPr>
                <w:sz w:val="16"/>
                <w:lang w:val="fr-FR"/>
              </w:rPr>
              <w:t>proprietate</w:t>
            </w:r>
            <w:proofErr w:type="spellEnd"/>
            <w:r w:rsidRPr="006257CA">
              <w:rPr>
                <w:sz w:val="16"/>
                <w:lang w:val="fr-FR"/>
              </w:rPr>
              <w:t xml:space="preserve">     ☐ </w:t>
            </w:r>
            <w:proofErr w:type="spellStart"/>
            <w:r w:rsidRPr="006257CA">
              <w:rPr>
                <w:sz w:val="16"/>
                <w:lang w:val="fr-FR"/>
              </w:rPr>
              <w:t>împuternicit</w:t>
            </w:r>
            <w:proofErr w:type="spellEnd"/>
            <w:r w:rsidRPr="006257CA">
              <w:rPr>
                <w:sz w:val="16"/>
                <w:lang w:val="fr-FR"/>
              </w:rPr>
              <w:t xml:space="preserve"> al </w:t>
            </w:r>
            <w:proofErr w:type="spellStart"/>
            <w:r w:rsidRPr="006257CA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15885AE3" w14:textId="77777777" w:rsidR="001E1635" w:rsidRPr="006257CA" w:rsidRDefault="001E1635">
      <w:pPr>
        <w:spacing w:line="168" w:lineRule="auto"/>
        <w:rPr>
          <w:lang w:val="fr-FR"/>
        </w:rPr>
      </w:pPr>
    </w:p>
    <w:p w14:paraId="2B137E9F" w14:textId="77777777" w:rsidR="001E1635" w:rsidRPr="006257CA" w:rsidRDefault="00000000">
      <w:pPr>
        <w:spacing w:before="80" w:after="60"/>
        <w:jc w:val="center"/>
        <w:rPr>
          <w:lang w:val="fr-FR"/>
        </w:rPr>
      </w:pPr>
      <w:proofErr w:type="spellStart"/>
      <w:r w:rsidRPr="006257CA">
        <w:rPr>
          <w:sz w:val="18"/>
          <w:lang w:val="fr-FR"/>
        </w:rPr>
        <w:t>în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conformitate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cu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prevederile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Legii</w:t>
      </w:r>
      <w:proofErr w:type="spellEnd"/>
      <w:r w:rsidRPr="006257CA">
        <w:rPr>
          <w:sz w:val="18"/>
          <w:lang w:val="fr-FR"/>
        </w:rPr>
        <w:t xml:space="preserve"> nr. 169/2026 </w:t>
      </w:r>
      <w:proofErr w:type="spellStart"/>
      <w:r w:rsidRPr="006257CA">
        <w:rPr>
          <w:sz w:val="18"/>
          <w:lang w:val="fr-FR"/>
        </w:rPr>
        <w:t>privind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Codul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amenajării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teritoriului</w:t>
      </w:r>
      <w:proofErr w:type="spellEnd"/>
      <w:r w:rsidRPr="006257CA">
        <w:rPr>
          <w:sz w:val="18"/>
          <w:lang w:val="fr-FR"/>
        </w:rPr>
        <w:t xml:space="preserve">, </w:t>
      </w:r>
      <w:proofErr w:type="spellStart"/>
      <w:r w:rsidRPr="006257CA">
        <w:rPr>
          <w:sz w:val="18"/>
          <w:lang w:val="fr-FR"/>
        </w:rPr>
        <w:t>urbanismului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și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construcțiilor</w:t>
      </w:r>
      <w:proofErr w:type="spellEnd"/>
      <w:r w:rsidRPr="006257CA">
        <w:rPr>
          <w:sz w:val="18"/>
          <w:lang w:val="fr-FR"/>
        </w:rPr>
        <w:t>,</w:t>
      </w:r>
    </w:p>
    <w:p w14:paraId="25ED7088" w14:textId="77777777" w:rsidR="001E1635" w:rsidRPr="006257CA" w:rsidRDefault="00000000">
      <w:pPr>
        <w:spacing w:before="80" w:after="60"/>
        <w:jc w:val="center"/>
        <w:rPr>
          <w:lang w:val="fr-FR"/>
        </w:rPr>
      </w:pPr>
      <w:proofErr w:type="spellStart"/>
      <w:r w:rsidRPr="006257CA">
        <w:rPr>
          <w:sz w:val="18"/>
          <w:lang w:val="fr-FR"/>
        </w:rPr>
        <w:t>solicit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emiterea</w:t>
      </w:r>
      <w:proofErr w:type="spellEnd"/>
    </w:p>
    <w:p w14:paraId="2102D1EC" w14:textId="77777777" w:rsidR="001E1635" w:rsidRPr="006257CA" w:rsidRDefault="00000000">
      <w:pPr>
        <w:spacing w:after="160"/>
        <w:jc w:val="center"/>
        <w:rPr>
          <w:lang w:val="fr-FR"/>
        </w:rPr>
      </w:pPr>
      <w:r w:rsidRPr="006257CA">
        <w:rPr>
          <w:b/>
          <w:sz w:val="20"/>
          <w:lang w:val="fr-FR"/>
        </w:rPr>
        <w:t>CERTIFICATULUI DE URBANISM</w:t>
      </w:r>
    </w:p>
    <w:p w14:paraId="043C0D46" w14:textId="77777777" w:rsidR="001E1635" w:rsidRDefault="00000000">
      <w:pPr>
        <w:spacing w:after="160"/>
        <w:jc w:val="center"/>
        <w:rPr>
          <w:b/>
          <w:sz w:val="20"/>
          <w:lang w:val="fr-FR"/>
        </w:rPr>
      </w:pPr>
      <w:r w:rsidRPr="006257CA">
        <w:rPr>
          <w:b/>
          <w:sz w:val="20"/>
          <w:lang w:val="fr-FR"/>
        </w:rPr>
        <w:t>PENTRU OPERAȚIUNI CADASTRALE</w:t>
      </w:r>
    </w:p>
    <w:tbl>
      <w:tblPr>
        <w:tblStyle w:val="Tabelgril"/>
        <w:tblW w:w="0" w:type="auto"/>
        <w:tblLayout w:type="fixed"/>
        <w:tblLook w:val="04A0" w:firstRow="1" w:lastRow="0" w:firstColumn="1" w:lastColumn="0" w:noHBand="0" w:noVBand="1"/>
      </w:tblPr>
      <w:tblGrid>
        <w:gridCol w:w="9636"/>
      </w:tblGrid>
      <w:tr w:rsidR="006257CA" w:rsidRPr="006257CA" w14:paraId="1F9B2A48" w14:textId="77777777" w:rsidTr="006257CA">
        <w:tc>
          <w:tcPr>
            <w:tcW w:w="9636" w:type="dxa"/>
          </w:tcPr>
          <w:p w14:paraId="231CB6BD" w14:textId="5A290929" w:rsidR="006257CA" w:rsidRPr="006257CA" w:rsidRDefault="006257CA" w:rsidP="00C245EC">
            <w:pPr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3. </w:t>
            </w:r>
            <w:r w:rsidRPr="006257CA">
              <w:rPr>
                <w:b/>
                <w:bCs/>
                <w:sz w:val="18"/>
                <w:szCs w:val="18"/>
              </w:rPr>
              <w:t>ÎN  VEDEREA REALIZĂRII OPERAȚIUNII CADATRALE :</w:t>
            </w:r>
          </w:p>
        </w:tc>
      </w:tr>
      <w:tr w:rsidR="006257CA" w:rsidRPr="00A37FAC" w14:paraId="3DEC5D63" w14:textId="77777777" w:rsidTr="006257CA">
        <w:tc>
          <w:tcPr>
            <w:tcW w:w="9636" w:type="dxa"/>
          </w:tcPr>
          <w:p w14:paraId="008D0B05" w14:textId="77777777" w:rsidR="006257CA" w:rsidRPr="000F0E2F" w:rsidRDefault="006257CA" w:rsidP="00C245EC">
            <w:pPr>
              <w:rPr>
                <w:lang w:val="fr-FR"/>
              </w:rPr>
            </w:pP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comasare</w:t>
            </w:r>
            <w:proofErr w:type="spellEnd"/>
            <w:r w:rsidRPr="000F0E2F">
              <w:rPr>
                <w:lang w:val="fr-FR"/>
              </w:rPr>
              <w:t xml:space="preserve"> (</w:t>
            </w:r>
            <w:proofErr w:type="spellStart"/>
            <w:r w:rsidRPr="000F0E2F">
              <w:rPr>
                <w:lang w:val="fr-FR"/>
              </w:rPr>
              <w:t>alipire</w:t>
            </w:r>
            <w:proofErr w:type="spellEnd"/>
            <w:r w:rsidRPr="000F0E2F">
              <w:rPr>
                <w:lang w:val="fr-FR"/>
              </w:rPr>
              <w:t xml:space="preserve">)   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dezmembrare</w:t>
            </w:r>
            <w:proofErr w:type="spellEnd"/>
            <w:r w:rsidRPr="000F0E2F">
              <w:rPr>
                <w:lang w:val="fr-FR"/>
              </w:rPr>
              <w:t xml:space="preserve"> (</w:t>
            </w:r>
            <w:proofErr w:type="spellStart"/>
            <w:r w:rsidRPr="000F0E2F">
              <w:rPr>
                <w:lang w:val="fr-FR"/>
              </w:rPr>
              <w:t>dezlipire</w:t>
            </w:r>
            <w:proofErr w:type="spellEnd"/>
            <w:r w:rsidRPr="000F0E2F">
              <w:rPr>
                <w:lang w:val="fr-FR"/>
              </w:rPr>
              <w:t xml:space="preserve">)   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nscrierea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unor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servitu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>i</w:t>
            </w:r>
            <w:proofErr w:type="spellEnd"/>
            <w:r w:rsidRPr="000F0E2F">
              <w:rPr>
                <w:lang w:val="fr-FR"/>
              </w:rPr>
              <w:t xml:space="preserve"> de </w:t>
            </w:r>
            <w:proofErr w:type="spellStart"/>
            <w:r w:rsidRPr="000F0E2F">
              <w:rPr>
                <w:lang w:val="fr-FR"/>
              </w:rPr>
              <w:t>trecere</w:t>
            </w:r>
            <w:proofErr w:type="spellEnd"/>
          </w:p>
        </w:tc>
      </w:tr>
      <w:tr w:rsidR="006257CA" w:rsidRPr="00A37FAC" w14:paraId="13134CBC" w14:textId="77777777" w:rsidTr="006257CA">
        <w:tc>
          <w:tcPr>
            <w:tcW w:w="9636" w:type="dxa"/>
          </w:tcPr>
          <w:p w14:paraId="2FC77D01" w14:textId="77777777" w:rsidR="006257CA" w:rsidRPr="000F0E2F" w:rsidRDefault="006257CA" w:rsidP="00C245EC">
            <w:pPr>
              <w:rPr>
                <w:lang w:val="fr-FR"/>
              </w:rPr>
            </w:pPr>
            <w:r w:rsidRPr="000F0E2F">
              <w:rPr>
                <w:lang w:val="fr-FR"/>
              </w:rPr>
              <w:t xml:space="preserve">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eviden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>ieri</w:t>
            </w:r>
            <w:proofErr w:type="spellEnd"/>
            <w:r w:rsidRPr="000F0E2F">
              <w:rPr>
                <w:lang w:val="fr-FR"/>
              </w:rPr>
              <w:t xml:space="preserve"> de </w:t>
            </w:r>
            <w:proofErr w:type="spellStart"/>
            <w:r w:rsidRPr="000F0E2F">
              <w:rPr>
                <w:lang w:val="fr-FR"/>
              </w:rPr>
              <w:t>imobile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cartea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funciar</w:t>
            </w:r>
            <w:r w:rsidRPr="000F0E2F">
              <w:rPr>
                <w:rFonts w:cs="Times New Roman"/>
                <w:lang w:val="fr-FR"/>
              </w:rPr>
              <w:t>ă</w:t>
            </w:r>
            <w:proofErr w:type="spellEnd"/>
            <w:r w:rsidRPr="000F0E2F">
              <w:rPr>
                <w:lang w:val="fr-FR"/>
              </w:rPr>
              <w:t xml:space="preserve">   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reeviden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>ieri</w:t>
            </w:r>
            <w:proofErr w:type="spellEnd"/>
            <w:r w:rsidRPr="000F0E2F">
              <w:rPr>
                <w:lang w:val="fr-FR"/>
              </w:rPr>
              <w:t xml:space="preserve"> de </w:t>
            </w:r>
            <w:proofErr w:type="spellStart"/>
            <w:r w:rsidRPr="000F0E2F">
              <w:rPr>
                <w:lang w:val="fr-FR"/>
              </w:rPr>
              <w:t>imobile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cartea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funciar</w:t>
            </w:r>
            <w:r w:rsidRPr="000F0E2F">
              <w:rPr>
                <w:rFonts w:cs="Times New Roman"/>
                <w:lang w:val="fr-FR"/>
              </w:rPr>
              <w:t>ă</w:t>
            </w:r>
            <w:proofErr w:type="spellEnd"/>
          </w:p>
        </w:tc>
      </w:tr>
      <w:tr w:rsidR="001E1635" w14:paraId="4130274C" w14:textId="77777777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  <w:shd w:val="clear" w:color="auto" w:fill="F4F4F4"/>
          </w:tcPr>
          <w:p w14:paraId="0ED5F54C" w14:textId="12969A2F" w:rsidR="001E1635" w:rsidRDefault="006257CA">
            <w:pPr>
              <w:keepNext/>
            </w:pPr>
            <w:proofErr w:type="spellStart"/>
            <w:r>
              <w:rPr>
                <w:sz w:val="16"/>
                <w:lang w:val="fr-FR"/>
              </w:rPr>
              <w:t>Descrierea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operațiunii</w:t>
            </w:r>
            <w:proofErr w:type="spellEnd"/>
            <w:r>
              <w:rPr>
                <w:sz w:val="16"/>
                <w:lang w:val="fr-FR"/>
              </w:rPr>
              <w:t xml:space="preserve"> cadastrale </w:t>
            </w:r>
            <w:proofErr w:type="spellStart"/>
            <w:r>
              <w:rPr>
                <w:sz w:val="16"/>
                <w:lang w:val="fr-FR"/>
              </w:rPr>
              <w:t>propuse</w:t>
            </w:r>
            <w:proofErr w:type="spellEnd"/>
            <w:r>
              <w:rPr>
                <w:sz w:val="16"/>
                <w:lang w:val="fr-FR"/>
              </w:rPr>
              <w:t> :</w:t>
            </w:r>
          </w:p>
        </w:tc>
      </w:tr>
      <w:tr w:rsidR="001E1635" w14:paraId="2E947D31" w14:textId="77777777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</w:tcPr>
          <w:p w14:paraId="6F605B69" w14:textId="77777777" w:rsidR="001E1635" w:rsidRDefault="001E1635">
            <w:pPr>
              <w:pBdr>
                <w:bottom w:val="dotted" w:sz="6" w:space="0" w:color="999999"/>
              </w:pBdr>
              <w:spacing w:after="80"/>
            </w:pPr>
          </w:p>
          <w:p w14:paraId="5E9FABF3" w14:textId="77777777" w:rsidR="001E1635" w:rsidRDefault="001E1635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11939A91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1E1635" w14:paraId="41F9A1C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669D7761" w14:textId="0F69B76E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 w:rsidR="006257CA">
              <w:rPr>
                <w:b/>
                <w:sz w:val="16"/>
              </w:rPr>
              <w:t>4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1E1635" w14:paraId="5CECB338" w14:textId="77777777">
        <w:trPr>
          <w:cantSplit/>
        </w:trPr>
        <w:tc>
          <w:tcPr>
            <w:tcW w:w="9636" w:type="dxa"/>
            <w:gridSpan w:val="6"/>
          </w:tcPr>
          <w:p w14:paraId="20BF109A" w14:textId="77777777" w:rsidR="001E1635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1E1635" w14:paraId="45CA87B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FA44BEC" w14:textId="77777777" w:rsidR="001E1635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5D01A21B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22B4CBF0" w14:textId="77777777" w:rsidR="001E1635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0D007FC5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67326A4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14240B19" w14:textId="77777777" w:rsidR="001E1635" w:rsidRDefault="001E1635">
            <w:pPr>
              <w:keepNext/>
            </w:pPr>
          </w:p>
        </w:tc>
      </w:tr>
      <w:tr w:rsidR="001E1635" w14:paraId="558EF397" w14:textId="77777777">
        <w:trPr>
          <w:cantSplit/>
          <w:trHeight w:val="510"/>
        </w:trPr>
        <w:tc>
          <w:tcPr>
            <w:tcW w:w="1606" w:type="dxa"/>
          </w:tcPr>
          <w:p w14:paraId="05C62658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1DB9B8CA" w14:textId="77777777" w:rsidR="001E1635" w:rsidRDefault="001E1635">
            <w:pPr>
              <w:keepNext/>
            </w:pPr>
          </w:p>
        </w:tc>
        <w:tc>
          <w:tcPr>
            <w:tcW w:w="4818" w:type="dxa"/>
            <w:gridSpan w:val="3"/>
          </w:tcPr>
          <w:p w14:paraId="78F2E769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9A492AB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599B76C6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C285CCD" w14:textId="77777777" w:rsidR="001E1635" w:rsidRDefault="001E1635">
            <w:pPr>
              <w:keepNext/>
            </w:pPr>
          </w:p>
        </w:tc>
        <w:tc>
          <w:tcPr>
            <w:tcW w:w="2409" w:type="dxa"/>
          </w:tcPr>
          <w:p w14:paraId="737CFA43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C99DBB8" w14:textId="77777777" w:rsidR="001E1635" w:rsidRDefault="001E1635">
            <w:pPr>
              <w:keepNext/>
            </w:pPr>
          </w:p>
        </w:tc>
      </w:tr>
      <w:tr w:rsidR="001E1635" w14:paraId="7C749B99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6823C836" w14:textId="77777777" w:rsidR="001E1635" w:rsidRPr="006257CA" w:rsidRDefault="00000000">
            <w:pPr>
              <w:keepNext/>
              <w:rPr>
                <w:lang w:val="fr-FR"/>
              </w:rPr>
            </w:pPr>
            <w:proofErr w:type="spellStart"/>
            <w:r w:rsidRPr="006257CA">
              <w:rPr>
                <w:b/>
                <w:color w:val="0D5F78"/>
                <w:lang w:val="fr-FR"/>
              </w:rPr>
              <w:t>Număr</w:t>
            </w:r>
            <w:proofErr w:type="spellEnd"/>
            <w:r w:rsidRPr="006257CA">
              <w:rPr>
                <w:b/>
                <w:color w:val="0D5F78"/>
                <w:lang w:val="fr-FR"/>
              </w:rPr>
              <w:t xml:space="preserve"> cadastral</w:t>
            </w:r>
          </w:p>
          <w:p w14:paraId="3FC4B016" w14:textId="77777777" w:rsidR="001E1635" w:rsidRPr="006257CA" w:rsidRDefault="00000000">
            <w:pPr>
              <w:keepNext/>
              <w:rPr>
                <w:lang w:val="fr-FR"/>
              </w:rPr>
            </w:pPr>
            <w:proofErr w:type="spellStart"/>
            <w:r w:rsidRPr="006257CA">
              <w:rPr>
                <w:i/>
                <w:color w:val="7A7A7A"/>
                <w:lang w:val="fr-FR"/>
              </w:rPr>
              <w:t>dacă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în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e-Terra</w:t>
            </w:r>
          </w:p>
          <w:p w14:paraId="77A4081E" w14:textId="77777777" w:rsidR="001E1635" w:rsidRPr="006257CA" w:rsidRDefault="001E1635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6AD855B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085D4033" w14:textId="77777777" w:rsidR="001E1635" w:rsidRDefault="001E1635">
            <w:pPr>
              <w:keepNext/>
            </w:pPr>
          </w:p>
        </w:tc>
      </w:tr>
    </w:tbl>
    <w:p w14:paraId="6A8F4A2A" w14:textId="1AAC5F68" w:rsidR="001E1635" w:rsidRPr="006257CA" w:rsidRDefault="001E1635" w:rsidP="006257CA"/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748EC5C4" w14:textId="77777777">
        <w:trPr>
          <w:cantSplit/>
        </w:trPr>
        <w:tc>
          <w:tcPr>
            <w:tcW w:w="9636" w:type="dxa"/>
            <w:shd w:val="clear" w:color="auto" w:fill="F4F4F4"/>
          </w:tcPr>
          <w:p w14:paraId="161D13D6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1E1635" w:rsidRPr="00A37FAC" w14:paraId="289229A3" w14:textId="77777777">
        <w:trPr>
          <w:cantSplit/>
        </w:trPr>
        <w:tc>
          <w:tcPr>
            <w:tcW w:w="9636" w:type="dxa"/>
          </w:tcPr>
          <w:p w14:paraId="595ED756" w14:textId="6E06C131" w:rsidR="006257CA" w:rsidRDefault="00000000">
            <w:pPr>
              <w:rPr>
                <w:sz w:val="16"/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</w:t>
            </w:r>
            <w:proofErr w:type="spellStart"/>
            <w:r w:rsidRPr="006257CA">
              <w:rPr>
                <w:sz w:val="16"/>
                <w:lang w:val="fr-FR"/>
              </w:rPr>
              <w:t>documentația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cadastrală</w:t>
            </w:r>
            <w:proofErr w:type="spellEnd"/>
            <w:r w:rsidRPr="006257CA">
              <w:rPr>
                <w:sz w:val="16"/>
                <w:lang w:val="fr-FR"/>
              </w:rPr>
              <w:t xml:space="preserve">     </w:t>
            </w:r>
            <w:r w:rsidR="006257CA">
              <w:rPr>
                <w:sz w:val="16"/>
                <w:lang w:val="fr-FR"/>
              </w:rPr>
              <w:t xml:space="preserve">                         </w:t>
            </w:r>
            <w:r w:rsidR="006257CA" w:rsidRPr="006257C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6257CA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="006257CA" w:rsidRPr="006257CA">
              <w:rPr>
                <w:sz w:val="16"/>
                <w:lang w:val="fr-FR"/>
              </w:rPr>
              <w:t xml:space="preserve">plan </w:t>
            </w:r>
            <w:proofErr w:type="spellStart"/>
            <w:r w:rsidR="006257CA" w:rsidRPr="006257CA">
              <w:rPr>
                <w:sz w:val="16"/>
                <w:lang w:val="fr-FR"/>
              </w:rPr>
              <w:t>cu</w:t>
            </w:r>
            <w:proofErr w:type="spellEnd"/>
            <w:r w:rsidR="006257CA" w:rsidRPr="006257CA">
              <w:rPr>
                <w:sz w:val="16"/>
                <w:lang w:val="fr-FR"/>
              </w:rPr>
              <w:t xml:space="preserve"> o </w:t>
            </w:r>
            <w:proofErr w:type="spellStart"/>
            <w:r w:rsidR="006257CA" w:rsidRPr="006257CA">
              <w:rPr>
                <w:sz w:val="16"/>
                <w:lang w:val="fr-FR"/>
              </w:rPr>
              <w:t>propunere</w:t>
            </w:r>
            <w:proofErr w:type="spellEnd"/>
            <w:r w:rsidR="006257CA" w:rsidRPr="006257CA">
              <w:rPr>
                <w:sz w:val="16"/>
                <w:lang w:val="fr-FR"/>
              </w:rPr>
              <w:t xml:space="preserve"> de </w:t>
            </w:r>
            <w:proofErr w:type="spellStart"/>
            <w:r w:rsidR="006257CA" w:rsidRPr="006257CA">
              <w:rPr>
                <w:sz w:val="16"/>
                <w:lang w:val="fr-FR"/>
              </w:rPr>
              <w:t>comasare</w:t>
            </w:r>
            <w:proofErr w:type="spellEnd"/>
            <w:r w:rsidR="006257CA" w:rsidRPr="006257CA">
              <w:rPr>
                <w:sz w:val="16"/>
                <w:lang w:val="fr-FR"/>
              </w:rPr>
              <w:t>/</w:t>
            </w:r>
            <w:proofErr w:type="spellStart"/>
            <w:r w:rsidR="006257CA" w:rsidRPr="006257CA">
              <w:rPr>
                <w:sz w:val="16"/>
                <w:lang w:val="fr-FR"/>
              </w:rPr>
              <w:t>dezmembrare</w:t>
            </w:r>
            <w:proofErr w:type="spellEnd"/>
          </w:p>
          <w:p w14:paraId="2445E5EB" w14:textId="2BE49333" w:rsidR="001E1635" w:rsidRPr="006257CA" w:rsidRDefault="006257CA">
            <w:pPr>
              <w:rPr>
                <w:sz w:val="16"/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 </w:t>
            </w:r>
            <w:r w:rsidRPr="006257CA">
              <w:rPr>
                <w:sz w:val="16"/>
                <w:lang w:val="fr-FR"/>
              </w:rPr>
              <w:t xml:space="preserve">☐ extras de carte </w:t>
            </w:r>
            <w:proofErr w:type="spellStart"/>
            <w:r w:rsidRPr="006257CA">
              <w:rPr>
                <w:sz w:val="16"/>
                <w:lang w:val="fr-FR"/>
              </w:rPr>
              <w:t>funciară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actualizat</w:t>
            </w:r>
            <w:proofErr w:type="spellEnd"/>
            <w:r>
              <w:rPr>
                <w:sz w:val="16"/>
                <w:lang w:val="fr-FR"/>
              </w:rPr>
              <w:t xml:space="preserve">              </w:t>
            </w:r>
            <w:r w:rsidRPr="006257CA">
              <w:rPr>
                <w:sz w:val="16"/>
                <w:lang w:val="fr-FR"/>
              </w:rPr>
              <w:t xml:space="preserve">☐ plan de </w:t>
            </w:r>
            <w:proofErr w:type="spellStart"/>
            <w:r w:rsidRPr="006257CA">
              <w:rPr>
                <w:sz w:val="16"/>
                <w:lang w:val="fr-FR"/>
              </w:rPr>
              <w:t>încadrare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zonă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sistem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Stereo</w:t>
            </w:r>
            <w:proofErr w:type="spellEnd"/>
            <w:r w:rsidRPr="006257CA">
              <w:rPr>
                <w:sz w:val="16"/>
                <w:lang w:val="fr-FR"/>
              </w:rPr>
              <w:t xml:space="preserve"> 70</w:t>
            </w:r>
            <w:r>
              <w:rPr>
                <w:sz w:val="16"/>
                <w:lang w:val="fr-FR"/>
              </w:rPr>
              <w:t xml:space="preserve">                    </w:t>
            </w:r>
            <w:r w:rsidRPr="006257C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împuternicirea</w:t>
            </w:r>
            <w:proofErr w:type="spellEnd"/>
            <w:r w:rsidRPr="006257CA">
              <w:rPr>
                <w:sz w:val="16"/>
                <w:lang w:val="fr-FR"/>
              </w:rPr>
              <w:t xml:space="preserve">, </w:t>
            </w:r>
            <w:proofErr w:type="spellStart"/>
            <w:r w:rsidRPr="006257CA">
              <w:rPr>
                <w:sz w:val="16"/>
                <w:lang w:val="fr-FR"/>
              </w:rPr>
              <w:t>dacă</w:t>
            </w:r>
            <w:proofErr w:type="spellEnd"/>
            <w:r w:rsidRPr="006257CA">
              <w:rPr>
                <w:sz w:val="16"/>
                <w:lang w:val="fr-FR"/>
              </w:rPr>
              <w:t xml:space="preserve"> este </w:t>
            </w:r>
            <w:proofErr w:type="spellStart"/>
            <w:r w:rsidRPr="006257CA">
              <w:rPr>
                <w:sz w:val="16"/>
                <w:lang w:val="fr-FR"/>
              </w:rPr>
              <w:t>cazul</w:t>
            </w:r>
            <w:proofErr w:type="spellEnd"/>
            <w:r w:rsidRPr="006257CA">
              <w:rPr>
                <w:sz w:val="16"/>
                <w:lang w:val="fr-FR"/>
              </w:rPr>
              <w:t xml:space="preserve">      </w:t>
            </w:r>
          </w:p>
        </w:tc>
      </w:tr>
    </w:tbl>
    <w:p w14:paraId="0A540DB6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457DF426" w14:textId="77777777">
        <w:trPr>
          <w:cantSplit/>
        </w:trPr>
        <w:tc>
          <w:tcPr>
            <w:tcW w:w="9636" w:type="dxa"/>
            <w:shd w:val="clear" w:color="auto" w:fill="F4F4F4"/>
          </w:tcPr>
          <w:p w14:paraId="559EBB22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1E1635" w:rsidRPr="00A37FAC" w14:paraId="49112FAF" w14:textId="77777777">
        <w:trPr>
          <w:cantSplit/>
        </w:trPr>
        <w:tc>
          <w:tcPr>
            <w:tcW w:w="9636" w:type="dxa"/>
          </w:tcPr>
          <w:p w14:paraId="0C0C25C2" w14:textId="77777777" w:rsidR="001E1635" w:rsidRPr="006257CA" w:rsidRDefault="00000000">
            <w:pPr>
              <w:rPr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format </w:t>
            </w:r>
            <w:proofErr w:type="spellStart"/>
            <w:r w:rsidRPr="006257CA">
              <w:rPr>
                <w:sz w:val="16"/>
                <w:lang w:val="fr-FR"/>
              </w:rPr>
              <w:t>scris</w:t>
            </w:r>
            <w:proofErr w:type="spellEnd"/>
            <w:r w:rsidRPr="006257CA">
              <w:rPr>
                <w:sz w:val="16"/>
                <w:lang w:val="fr-FR"/>
              </w:rPr>
              <w:t xml:space="preserve">, prin </w:t>
            </w:r>
            <w:proofErr w:type="spellStart"/>
            <w:r w:rsidRPr="006257CA">
              <w:rPr>
                <w:sz w:val="16"/>
                <w:lang w:val="fr-FR"/>
              </w:rPr>
              <w:t>poștă</w:t>
            </w:r>
            <w:proofErr w:type="spellEnd"/>
            <w:r w:rsidRPr="006257CA">
              <w:rPr>
                <w:sz w:val="16"/>
                <w:lang w:val="fr-FR"/>
              </w:rPr>
              <w:t xml:space="preserve">     ☐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6257CA">
              <w:rPr>
                <w:sz w:val="16"/>
                <w:lang w:val="fr-FR"/>
              </w:rPr>
              <w:t>adresa</w:t>
            </w:r>
            <w:proofErr w:type="spellEnd"/>
            <w:r w:rsidRPr="006257CA">
              <w:rPr>
                <w:sz w:val="16"/>
                <w:lang w:val="fr-FR"/>
              </w:rPr>
              <w:t xml:space="preserve"> de e-mail </w:t>
            </w:r>
            <w:proofErr w:type="spellStart"/>
            <w:r w:rsidRPr="006257CA">
              <w:rPr>
                <w:sz w:val="16"/>
                <w:lang w:val="fr-FR"/>
              </w:rPr>
              <w:t>indicată</w:t>
            </w:r>
            <w:proofErr w:type="spellEnd"/>
            <w:r w:rsidRPr="006257CA">
              <w:rPr>
                <w:sz w:val="16"/>
                <w:lang w:val="fr-FR"/>
              </w:rPr>
              <w:t xml:space="preserve">     ☐ </w:t>
            </w:r>
            <w:proofErr w:type="spellStart"/>
            <w:r w:rsidRPr="006257CA">
              <w:rPr>
                <w:sz w:val="16"/>
                <w:lang w:val="fr-FR"/>
              </w:rPr>
              <w:t>ridicare</w:t>
            </w:r>
            <w:proofErr w:type="spellEnd"/>
            <w:r w:rsidRPr="006257CA">
              <w:rPr>
                <w:sz w:val="16"/>
                <w:lang w:val="fr-FR"/>
              </w:rPr>
              <w:t xml:space="preserve"> de la </w:t>
            </w:r>
            <w:proofErr w:type="spellStart"/>
            <w:r w:rsidRPr="006257CA">
              <w:rPr>
                <w:sz w:val="16"/>
                <w:lang w:val="fr-FR"/>
              </w:rPr>
              <w:t>sediul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335F2CDC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1E1635" w14:paraId="31A38AB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548B70E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1E1635" w14:paraId="5E47B751" w14:textId="77777777">
        <w:trPr>
          <w:cantSplit/>
          <w:trHeight w:val="510"/>
        </w:trPr>
        <w:tc>
          <w:tcPr>
            <w:tcW w:w="1606" w:type="dxa"/>
          </w:tcPr>
          <w:p w14:paraId="6A0CBD1B" w14:textId="77777777" w:rsidR="001E1635" w:rsidRDefault="00000000">
            <w:r>
              <w:rPr>
                <w:b/>
                <w:color w:val="0D5F78"/>
              </w:rPr>
              <w:t>Data</w:t>
            </w:r>
          </w:p>
          <w:p w14:paraId="05BFAAF9" w14:textId="77777777" w:rsidR="001E1635" w:rsidRDefault="001E1635"/>
        </w:tc>
        <w:tc>
          <w:tcPr>
            <w:tcW w:w="4818" w:type="dxa"/>
          </w:tcPr>
          <w:p w14:paraId="250ED718" w14:textId="77777777" w:rsidR="001E1635" w:rsidRDefault="00000000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14:paraId="455E75E1" w14:textId="77777777" w:rsidR="001E1635" w:rsidRDefault="001E1635"/>
        </w:tc>
        <w:tc>
          <w:tcPr>
            <w:tcW w:w="3212" w:type="dxa"/>
          </w:tcPr>
          <w:p w14:paraId="53DD217D" w14:textId="77777777" w:rsidR="001E1635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655A8FB3" w14:textId="77777777" w:rsidR="001E1635" w:rsidRDefault="001E1635"/>
        </w:tc>
      </w:tr>
    </w:tbl>
    <w:p w14:paraId="005090D8" w14:textId="77777777" w:rsidR="001E1635" w:rsidRDefault="001E1635">
      <w:pPr>
        <w:spacing w:line="168" w:lineRule="auto"/>
      </w:pPr>
    </w:p>
    <w:sectPr w:rsidR="001E1635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A1C27" w14:textId="77777777" w:rsidR="00B17418" w:rsidRDefault="00B17418">
      <w:r>
        <w:separator/>
      </w:r>
    </w:p>
  </w:endnote>
  <w:endnote w:type="continuationSeparator" w:id="0">
    <w:p w14:paraId="07434C29" w14:textId="77777777" w:rsidR="00B17418" w:rsidRDefault="00B174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8E5FA" w14:textId="77777777" w:rsidR="001E1635" w:rsidRDefault="00000000">
    <w:pPr>
      <w:pStyle w:val="Subsol"/>
      <w:tabs>
        <w:tab w:val="right" w:pos="9639"/>
      </w:tabs>
    </w:pPr>
    <w:r>
      <w:rPr>
        <w:color w:val="595959"/>
      </w:rPr>
      <w:t xml:space="preserve">F_CU_02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6257C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6257C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95687" w14:textId="77777777" w:rsidR="00B17418" w:rsidRDefault="00B17418">
      <w:r>
        <w:separator/>
      </w:r>
    </w:p>
  </w:footnote>
  <w:footnote w:type="continuationSeparator" w:id="0">
    <w:p w14:paraId="3F9DAB6F" w14:textId="77777777" w:rsidR="00B17418" w:rsidRDefault="00B174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0872230">
    <w:abstractNumId w:val="8"/>
  </w:num>
  <w:num w:numId="2" w16cid:durableId="667757946">
    <w:abstractNumId w:val="6"/>
  </w:num>
  <w:num w:numId="3" w16cid:durableId="509612429">
    <w:abstractNumId w:val="5"/>
  </w:num>
  <w:num w:numId="4" w16cid:durableId="2008286866">
    <w:abstractNumId w:val="4"/>
  </w:num>
  <w:num w:numId="5" w16cid:durableId="791560319">
    <w:abstractNumId w:val="7"/>
  </w:num>
  <w:num w:numId="6" w16cid:durableId="190805796">
    <w:abstractNumId w:val="3"/>
  </w:num>
  <w:num w:numId="7" w16cid:durableId="397367673">
    <w:abstractNumId w:val="2"/>
  </w:num>
  <w:num w:numId="8" w16cid:durableId="377894382">
    <w:abstractNumId w:val="1"/>
  </w:num>
  <w:num w:numId="9" w16cid:durableId="1696073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1635"/>
    <w:rsid w:val="0029639D"/>
    <w:rsid w:val="00326F90"/>
    <w:rsid w:val="004A3AD8"/>
    <w:rsid w:val="004D50AF"/>
    <w:rsid w:val="00611241"/>
    <w:rsid w:val="006257CA"/>
    <w:rsid w:val="006C103E"/>
    <w:rsid w:val="00777917"/>
    <w:rsid w:val="008660BE"/>
    <w:rsid w:val="009D782F"/>
    <w:rsid w:val="00A37FAC"/>
    <w:rsid w:val="00A675BE"/>
    <w:rsid w:val="00A82DF6"/>
    <w:rsid w:val="00AA1D8D"/>
    <w:rsid w:val="00AC5F99"/>
    <w:rsid w:val="00B17418"/>
    <w:rsid w:val="00B47730"/>
    <w:rsid w:val="00CB0664"/>
    <w:rsid w:val="00CB2C8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71537E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324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Mihaela</cp:lastModifiedBy>
  <cp:revision>7</cp:revision>
  <dcterms:created xsi:type="dcterms:W3CDTF">2013-12-23T23:15:00Z</dcterms:created>
  <dcterms:modified xsi:type="dcterms:W3CDTF">2026-09-14T07:21:00Z</dcterms:modified>
  <cp:category/>
</cp:coreProperties>
</file>