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A2CF2" w14:textId="77777777" w:rsidR="00BE6DB3" w:rsidRPr="00F801F2" w:rsidRDefault="00BE6DB3">
      <w:pPr>
        <w:spacing w:line="168" w:lineRule="auto"/>
        <w:rPr>
          <w:lang w:val="fr-FR"/>
        </w:rPr>
      </w:pPr>
    </w:p>
    <w:tbl>
      <w:tblPr>
        <w:tblStyle w:val="Tabelgril"/>
        <w:tblW w:w="9643" w:type="dxa"/>
        <w:tblLook w:val="04A0" w:firstRow="1" w:lastRow="0" w:firstColumn="1" w:lastColumn="0" w:noHBand="0" w:noVBand="1"/>
      </w:tblPr>
      <w:tblGrid>
        <w:gridCol w:w="1630"/>
        <w:gridCol w:w="2308"/>
        <w:gridCol w:w="2267"/>
        <w:gridCol w:w="3438"/>
      </w:tblGrid>
      <w:tr w:rsidR="00F57A0E" w14:paraId="5C7002A2" w14:textId="77777777">
        <w:trPr>
          <w:trHeight w:val="414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8E69" w14:textId="48E2A0F4" w:rsidR="00F57A0E" w:rsidRDefault="00F57A0E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C6F66C" wp14:editId="1521B327">
                  <wp:extent cx="781050" cy="1038225"/>
                  <wp:effectExtent l="0" t="0" r="0" b="9525"/>
                  <wp:docPr id="297071899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48C2" w14:textId="77777777" w:rsidR="00F57A0E" w:rsidRDefault="00F57A0E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GORGOTA</w:t>
            </w:r>
          </w:p>
        </w:tc>
      </w:tr>
      <w:tr w:rsidR="00F57A0E" w14:paraId="34A5F955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D79E" w14:textId="77777777" w:rsidR="00F57A0E" w:rsidRDefault="00F57A0E">
            <w:pPr>
              <w:rPr>
                <w:b/>
                <w:sz w:val="28"/>
                <w:szCs w:val="28"/>
              </w:rPr>
            </w:pP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AF47" w14:textId="77777777" w:rsidR="00F57A0E" w:rsidRDefault="00F57A0E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PRIMĂRIA COMUNEI GORGOTA</w:t>
            </w:r>
          </w:p>
        </w:tc>
      </w:tr>
      <w:tr w:rsidR="00F57A0E" w14:paraId="0B310B15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F0BE" w14:textId="77777777" w:rsidR="00F57A0E" w:rsidRDefault="00F57A0E">
            <w:pPr>
              <w:rPr>
                <w:b/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9212" w14:textId="77777777" w:rsidR="00F57A0E" w:rsidRDefault="00F57A0E">
            <w:pPr>
              <w:keepNext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identificare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fiscală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(CIF) : 2845354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AFB4" w14:textId="77777777" w:rsidR="00F57A0E" w:rsidRDefault="00F57A0E">
            <w:pPr>
              <w:keepNext/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>
              <w:rPr>
                <w:b/>
                <w:color w:val="000000" w:themeColor="text1"/>
              </w:rPr>
              <w:t>Adresa</w:t>
            </w:r>
            <w:proofErr w:type="spellEnd"/>
            <w:r>
              <w:rPr>
                <w:b/>
                <w:color w:val="000000" w:themeColor="text1"/>
              </w:rPr>
              <w:t xml:space="preserve">:  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Comuna Gorgota, sat Gorgota, str. Principala, nr. 70, </w:t>
            </w:r>
            <w:proofErr w:type="spellStart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>Jude’ul</w:t>
            </w:r>
            <w:proofErr w:type="spellEnd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 Prahova</w:t>
            </w:r>
          </w:p>
          <w:p w14:paraId="74736D32" w14:textId="77777777" w:rsidR="00F57A0E" w:rsidRDefault="00F57A0E">
            <w:pPr>
              <w:keepNext/>
              <w:rPr>
                <w:rFonts w:cs="Times New Roman"/>
                <w:sz w:val="16"/>
                <w:szCs w:val="16"/>
                <w:lang w:val="es-E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  <w:t>e-mail: primar@primariagorgota.ro</w:t>
            </w:r>
          </w:p>
        </w:tc>
      </w:tr>
      <w:tr w:rsidR="00F57A0E" w14:paraId="166AE44D" w14:textId="77777777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D81A" w14:textId="77777777" w:rsidR="00F57A0E" w:rsidRDefault="00F57A0E">
            <w:pPr>
              <w:rPr>
                <w:b/>
                <w:sz w:val="28"/>
                <w:szCs w:val="28"/>
              </w:rPr>
            </w:pP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557A" w14:textId="77777777" w:rsidR="00F57A0E" w:rsidRDefault="00F57A0E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64412939" w14:textId="77777777" w:rsidR="00F57A0E" w:rsidRDefault="00F57A0E">
            <w:pPr>
              <w:keepNext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Număr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înregistrare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:………………………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4BF2" w14:textId="77777777" w:rsidR="00F57A0E" w:rsidRDefault="00F57A0E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08894D66" w14:textId="77777777" w:rsidR="00F57A0E" w:rsidRDefault="00F57A0E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Data: …………/…………../ 2026</w:t>
            </w:r>
          </w:p>
        </w:tc>
      </w:tr>
      <w:tr w:rsidR="00F57A0E" w14:paraId="2C4999CE" w14:textId="77777777">
        <w:trPr>
          <w:trHeight w:val="173"/>
        </w:trPr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11D3" w14:textId="77777777" w:rsidR="00F57A0E" w:rsidRDefault="00F57A0E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i/>
                <w:color w:val="595959"/>
                <w:lang w:val="fr-FR"/>
              </w:rPr>
              <w:t xml:space="preserve">se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9F68" w14:textId="77777777" w:rsidR="00E70F20" w:rsidRDefault="00E70F20">
      <w:r>
        <w:separator/>
      </w:r>
    </w:p>
  </w:endnote>
  <w:endnote w:type="continuationSeparator" w:id="0">
    <w:p w14:paraId="510F4272" w14:textId="77777777" w:rsidR="00E70F20" w:rsidRDefault="00E7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805BC" w14:textId="77777777" w:rsidR="00E70F20" w:rsidRDefault="00E70F20">
      <w:r>
        <w:separator/>
      </w:r>
    </w:p>
  </w:footnote>
  <w:footnote w:type="continuationSeparator" w:id="0">
    <w:p w14:paraId="19498DFA" w14:textId="77777777" w:rsidR="00E70F20" w:rsidRDefault="00E70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426B37"/>
    <w:rsid w:val="004D50AF"/>
    <w:rsid w:val="006C103E"/>
    <w:rsid w:val="00763A7C"/>
    <w:rsid w:val="00861954"/>
    <w:rsid w:val="009B5021"/>
    <w:rsid w:val="00AA1D8D"/>
    <w:rsid w:val="00B16250"/>
    <w:rsid w:val="00B47730"/>
    <w:rsid w:val="00B63C92"/>
    <w:rsid w:val="00BE6DB3"/>
    <w:rsid w:val="00CB0664"/>
    <w:rsid w:val="00E25052"/>
    <w:rsid w:val="00E61A6B"/>
    <w:rsid w:val="00E70F20"/>
    <w:rsid w:val="00EA59CC"/>
    <w:rsid w:val="00F57A0E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</cp:lastModifiedBy>
  <cp:revision>8</cp:revision>
  <cp:lastPrinted>2026-08-27T11:40:00Z</cp:lastPrinted>
  <dcterms:created xsi:type="dcterms:W3CDTF">2013-12-23T23:15:00Z</dcterms:created>
  <dcterms:modified xsi:type="dcterms:W3CDTF">2026-09-14T07:47:00Z</dcterms:modified>
  <cp:category/>
</cp:coreProperties>
</file>