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9643" w:type="dxa"/>
        <w:tblLook w:val="04A0" w:firstRow="1" w:lastRow="0" w:firstColumn="1" w:lastColumn="0" w:noHBand="0" w:noVBand="1"/>
      </w:tblPr>
      <w:tblGrid>
        <w:gridCol w:w="1630"/>
        <w:gridCol w:w="2308"/>
        <w:gridCol w:w="2267"/>
        <w:gridCol w:w="3438"/>
      </w:tblGrid>
      <w:tr w:rsidR="00313999" w14:paraId="21B2BEA0" w14:textId="77777777">
        <w:trPr>
          <w:trHeight w:val="414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6B13" w14:textId="0283A943" w:rsidR="00313999" w:rsidRDefault="00313999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DA1730" wp14:editId="5CD8C17C">
                  <wp:extent cx="781050" cy="1038225"/>
                  <wp:effectExtent l="0" t="0" r="0" b="9525"/>
                  <wp:docPr id="16066736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7B31" w14:textId="77777777" w:rsidR="00313999" w:rsidRDefault="00313999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GORGOTA</w:t>
            </w:r>
          </w:p>
        </w:tc>
      </w:tr>
      <w:tr w:rsidR="00313999" w14:paraId="3C0182BF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BFF6" w14:textId="77777777" w:rsidR="00313999" w:rsidRDefault="00313999">
            <w:pPr>
              <w:rPr>
                <w:b/>
                <w:sz w:val="28"/>
                <w:szCs w:val="28"/>
              </w:rPr>
            </w:pP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3748" w14:textId="77777777" w:rsidR="00313999" w:rsidRDefault="00313999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PRIMĂRIA COMUNEI GORGOTA</w:t>
            </w:r>
          </w:p>
        </w:tc>
      </w:tr>
      <w:tr w:rsidR="00313999" w14:paraId="4D58E380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BF11" w14:textId="77777777" w:rsidR="00313999" w:rsidRDefault="00313999">
            <w:pPr>
              <w:rPr>
                <w:b/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B54F" w14:textId="77777777" w:rsidR="00313999" w:rsidRDefault="00313999">
            <w:pPr>
              <w:keepNext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identificare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fiscală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(CIF) : 2845354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7223" w14:textId="77777777" w:rsidR="00313999" w:rsidRDefault="00313999">
            <w:pPr>
              <w:keepNext/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>
              <w:rPr>
                <w:b/>
                <w:color w:val="000000" w:themeColor="text1"/>
              </w:rPr>
              <w:t>Adresa</w:t>
            </w:r>
            <w:proofErr w:type="spellEnd"/>
            <w:r>
              <w:rPr>
                <w:b/>
                <w:color w:val="000000" w:themeColor="text1"/>
              </w:rPr>
              <w:t xml:space="preserve">:  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Comuna Gorgota, sat Gorgota, str. Principala, nr. 70, </w:t>
            </w:r>
            <w:proofErr w:type="spellStart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>Jude’ul</w:t>
            </w:r>
            <w:proofErr w:type="spellEnd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 Prahova</w:t>
            </w:r>
          </w:p>
          <w:p w14:paraId="49228BC5" w14:textId="77777777" w:rsidR="00313999" w:rsidRDefault="00313999">
            <w:pPr>
              <w:keepNext/>
              <w:rPr>
                <w:rFonts w:cs="Times New Roman"/>
                <w:sz w:val="16"/>
                <w:szCs w:val="16"/>
                <w:lang w:val="es-E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  <w:t>e-mail: primar@primariagorgota.ro</w:t>
            </w:r>
          </w:p>
        </w:tc>
      </w:tr>
      <w:tr w:rsidR="00313999" w14:paraId="0BC04AE9" w14:textId="77777777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84A8" w14:textId="77777777" w:rsidR="00313999" w:rsidRDefault="00313999">
            <w:pPr>
              <w:rPr>
                <w:b/>
                <w:sz w:val="28"/>
                <w:szCs w:val="28"/>
              </w:rPr>
            </w:pP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1518" w14:textId="77777777" w:rsidR="00313999" w:rsidRDefault="00313999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56A8216B" w14:textId="77777777" w:rsidR="00313999" w:rsidRDefault="00313999">
            <w:pPr>
              <w:keepNext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Număr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înregistrare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:…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……………………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EEB3" w14:textId="77777777" w:rsidR="00313999" w:rsidRDefault="00313999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09D000ED" w14:textId="77777777" w:rsidR="00313999" w:rsidRDefault="00313999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Data: …………/………</w:t>
            </w: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…..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/ 2026</w:t>
            </w:r>
          </w:p>
        </w:tc>
      </w:tr>
      <w:tr w:rsidR="00313999" w14:paraId="716B6E15" w14:textId="77777777">
        <w:trPr>
          <w:trHeight w:val="173"/>
        </w:trPr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72B5" w14:textId="77777777" w:rsidR="00313999" w:rsidRDefault="00313999">
            <w:pPr>
              <w:spacing w:after="40"/>
              <w:rPr>
                <w:b/>
                <w:sz w:val="28"/>
                <w:szCs w:val="28"/>
              </w:rPr>
            </w:pP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49D77FF" w14:textId="77777777" w:rsidR="00CC6BEB" w:rsidRDefault="00CC6BEB" w:rsidP="00C32AB5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282B6870" w14:textId="0CE26731" w:rsidR="003C7CA3" w:rsidRPr="001531A5" w:rsidRDefault="00000000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3D361A1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comunei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sector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000000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000000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000000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00000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000000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000000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000000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000000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000000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000000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000000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000000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000000">
            <w:pPr>
              <w:keepNext/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00000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000000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000000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000000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421B462C" w:rsidR="003C7CA3" w:rsidRDefault="00000000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5B29C5">
              <w:rPr>
                <w:i/>
                <w:sz w:val="17"/>
              </w:rPr>
              <w:t>a nr.196/</w:t>
            </w:r>
            <w:proofErr w:type="gramStart"/>
            <w:r w:rsidR="005B29C5">
              <w:rPr>
                <w:i/>
                <w:sz w:val="17"/>
              </w:rPr>
              <w:t>2026.</w:t>
            </w:r>
            <w:r>
              <w:rPr>
                <w:i/>
                <w:sz w:val="17"/>
              </w:rPr>
              <w:t>.</w:t>
            </w:r>
            <w:proofErr w:type="gramEnd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000000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000000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000000">
      <w:r>
        <w:br w:type="page"/>
      </w:r>
    </w:p>
    <w:p w14:paraId="5D9395E8" w14:textId="77777777" w:rsidR="003C7CA3" w:rsidRDefault="00000000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000000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000000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000000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000000">
      <w:r>
        <w:br w:type="page"/>
      </w:r>
    </w:p>
    <w:p w14:paraId="17458E7D" w14:textId="7666EFC2" w:rsidR="003C7CA3" w:rsidRDefault="00000000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000000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000000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000000" w:rsidP="00F61A70">
            <w:pPr>
              <w:pStyle w:val="Listparagraf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000000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00000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000000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000000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000000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000000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000000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000000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00000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000000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000000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000000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000000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000000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000000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000000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000000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000000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000000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000000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000000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000000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000000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000000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000000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000000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000000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000000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000000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000000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000000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000000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000000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000000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000000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000000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000000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00000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000000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000000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000000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000000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000000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000000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000000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000000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000000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000000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000000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000000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000000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000000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9"/>
      <w:footerReference w:type="default" r:id="rId10"/>
      <w:headerReference w:type="first" r:id="rId11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E5C8" w14:textId="77777777" w:rsidR="002625E8" w:rsidRDefault="002625E8">
      <w:r>
        <w:separator/>
      </w:r>
    </w:p>
  </w:endnote>
  <w:endnote w:type="continuationSeparator" w:id="0">
    <w:p w14:paraId="65D8E244" w14:textId="77777777" w:rsidR="002625E8" w:rsidRDefault="0026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000000">
    <w:pPr>
      <w:pStyle w:val="Subsol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2F203" w14:textId="77777777" w:rsidR="002625E8" w:rsidRDefault="002625E8">
      <w:r>
        <w:separator/>
      </w:r>
    </w:p>
  </w:footnote>
  <w:footnote w:type="continuationSeparator" w:id="0">
    <w:p w14:paraId="57A0F2E4" w14:textId="77777777" w:rsidR="002625E8" w:rsidRDefault="0026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Antet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74888190">
    <w:abstractNumId w:val="8"/>
  </w:num>
  <w:num w:numId="2" w16cid:durableId="1979146235">
    <w:abstractNumId w:val="6"/>
  </w:num>
  <w:num w:numId="3" w16cid:durableId="175730953">
    <w:abstractNumId w:val="5"/>
  </w:num>
  <w:num w:numId="4" w16cid:durableId="1934631160">
    <w:abstractNumId w:val="4"/>
  </w:num>
  <w:num w:numId="5" w16cid:durableId="719936480">
    <w:abstractNumId w:val="7"/>
  </w:num>
  <w:num w:numId="6" w16cid:durableId="579368706">
    <w:abstractNumId w:val="3"/>
  </w:num>
  <w:num w:numId="7" w16cid:durableId="2107727992">
    <w:abstractNumId w:val="2"/>
  </w:num>
  <w:num w:numId="8" w16cid:durableId="535316988">
    <w:abstractNumId w:val="1"/>
  </w:num>
  <w:num w:numId="9" w16cid:durableId="439106869">
    <w:abstractNumId w:val="0"/>
  </w:num>
  <w:num w:numId="10" w16cid:durableId="1503736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625E8"/>
    <w:rsid w:val="0029639D"/>
    <w:rsid w:val="002B61AC"/>
    <w:rsid w:val="002E47B8"/>
    <w:rsid w:val="0031113E"/>
    <w:rsid w:val="00313999"/>
    <w:rsid w:val="00326F90"/>
    <w:rsid w:val="003C7CA3"/>
    <w:rsid w:val="003F6F31"/>
    <w:rsid w:val="004805C5"/>
    <w:rsid w:val="00481869"/>
    <w:rsid w:val="004D50AF"/>
    <w:rsid w:val="005375AB"/>
    <w:rsid w:val="005B29C5"/>
    <w:rsid w:val="006C103E"/>
    <w:rsid w:val="007E5D45"/>
    <w:rsid w:val="00913191"/>
    <w:rsid w:val="009E435D"/>
    <w:rsid w:val="00A80531"/>
    <w:rsid w:val="00AA1D8D"/>
    <w:rsid w:val="00AD68C1"/>
    <w:rsid w:val="00B0669A"/>
    <w:rsid w:val="00B47730"/>
    <w:rsid w:val="00C32AB5"/>
    <w:rsid w:val="00C46767"/>
    <w:rsid w:val="00CB0664"/>
    <w:rsid w:val="00CC6BEB"/>
    <w:rsid w:val="00CD3FD2"/>
    <w:rsid w:val="00DB3B82"/>
    <w:rsid w:val="00E61A6B"/>
    <w:rsid w:val="00E9623F"/>
    <w:rsid w:val="00EC2567"/>
    <w:rsid w:val="00F61A70"/>
    <w:rsid w:val="00F979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2379</Words>
  <Characters>13801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</cp:lastModifiedBy>
  <cp:revision>14</cp:revision>
  <dcterms:created xsi:type="dcterms:W3CDTF">2013-12-23T23:15:00Z</dcterms:created>
  <dcterms:modified xsi:type="dcterms:W3CDTF">2026-09-14T07:23:00Z</dcterms:modified>
  <cp:category/>
</cp:coreProperties>
</file>